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3EA74" w14:textId="77777777" w:rsidR="00804EF7" w:rsidRDefault="009C5091" w:rsidP="00464864">
      <w:pPr>
        <w:spacing w:after="0"/>
        <w:jc w:val="right"/>
        <w:rPr>
          <w:rFonts w:ascii="BIZ UDP明朝 Medium" w:eastAsia="BIZ UDP明朝 Medium" w:hAnsi="BIZ UDP明朝 Medium"/>
          <w:bCs/>
          <w:lang w:eastAsia="ja-JP"/>
        </w:rPr>
      </w:pPr>
      <w:r w:rsidRPr="003774CF">
        <w:rPr>
          <w:rFonts w:ascii="BIZ UDP明朝 Medium" w:eastAsia="BIZ UDP明朝 Medium" w:hAnsi="BIZ UDP明朝 Medium" w:hint="eastAsia"/>
          <w:bCs/>
          <w:lang w:eastAsia="ja-JP"/>
        </w:rPr>
        <w:t xml:space="preserve">　</w:t>
      </w:r>
    </w:p>
    <w:p w14:paraId="481BCE3B" w14:textId="3919F760" w:rsidR="00A36DEB" w:rsidRPr="003774CF" w:rsidRDefault="009C5091" w:rsidP="00464864">
      <w:pPr>
        <w:spacing w:after="0"/>
        <w:jc w:val="right"/>
        <w:rPr>
          <w:rFonts w:ascii="BIZ UDP明朝 Medium" w:eastAsia="BIZ UDP明朝 Medium" w:hAnsi="BIZ UDP明朝 Medium"/>
          <w:bCs/>
          <w:lang w:eastAsia="ja-JP"/>
        </w:rPr>
      </w:pPr>
      <w:r w:rsidRPr="003774CF">
        <w:rPr>
          <w:rFonts w:ascii="BIZ UDP明朝 Medium" w:eastAsia="BIZ UDP明朝 Medium" w:hAnsi="BIZ UDP明朝 Medium" w:hint="eastAsia"/>
          <w:bCs/>
          <w:lang w:eastAsia="ja-JP"/>
        </w:rPr>
        <w:t xml:space="preserve">　</w:t>
      </w:r>
      <w:r w:rsidRPr="003774CF">
        <w:rPr>
          <w:rFonts w:ascii="BIZ UDP明朝 Medium" w:eastAsia="BIZ UDP明朝 Medium" w:hAnsi="BIZ UDP明朝 Medium"/>
          <w:bCs/>
          <w:lang w:eastAsia="ja-JP"/>
        </w:rPr>
        <w:t>年</w:t>
      </w:r>
      <w:r w:rsidRPr="003774CF">
        <w:rPr>
          <w:rFonts w:ascii="BIZ UDP明朝 Medium" w:eastAsia="BIZ UDP明朝 Medium" w:hAnsi="BIZ UDP明朝 Medium" w:hint="eastAsia"/>
          <w:bCs/>
          <w:lang w:eastAsia="ja-JP"/>
        </w:rPr>
        <w:t xml:space="preserve">　　</w:t>
      </w:r>
      <w:r w:rsidRPr="003774CF">
        <w:rPr>
          <w:rFonts w:ascii="BIZ UDP明朝 Medium" w:eastAsia="BIZ UDP明朝 Medium" w:hAnsi="BIZ UDP明朝 Medium"/>
          <w:bCs/>
          <w:lang w:eastAsia="ja-JP"/>
        </w:rPr>
        <w:t xml:space="preserve">　月</w:t>
      </w:r>
      <w:r w:rsidRPr="003774CF">
        <w:rPr>
          <w:rFonts w:ascii="BIZ UDP明朝 Medium" w:eastAsia="BIZ UDP明朝 Medium" w:hAnsi="BIZ UDP明朝 Medium" w:hint="eastAsia"/>
          <w:bCs/>
          <w:lang w:eastAsia="ja-JP"/>
        </w:rPr>
        <w:t xml:space="preserve">　　</w:t>
      </w:r>
      <w:r w:rsidRPr="003774CF">
        <w:rPr>
          <w:rFonts w:ascii="BIZ UDP明朝 Medium" w:eastAsia="BIZ UDP明朝 Medium" w:hAnsi="BIZ UDP明朝 Medium"/>
          <w:bCs/>
          <w:lang w:eastAsia="ja-JP"/>
        </w:rPr>
        <w:t xml:space="preserve">　日</w:t>
      </w:r>
    </w:p>
    <w:p w14:paraId="29B4809C" w14:textId="77777777" w:rsidR="00464864" w:rsidRPr="003774CF" w:rsidRDefault="00464864" w:rsidP="00804EF7">
      <w:pPr>
        <w:ind w:right="600"/>
        <w:rPr>
          <w:rFonts w:ascii="BIZ UDP明朝 Medium" w:eastAsia="BIZ UDP明朝 Medium" w:hAnsi="BIZ UDP明朝 Medium"/>
          <w:bCs/>
          <w:lang w:eastAsia="ja-JP"/>
        </w:rPr>
      </w:pPr>
    </w:p>
    <w:p w14:paraId="3C617743" w14:textId="77777777" w:rsidR="00A3398A" w:rsidRPr="003774CF" w:rsidRDefault="00EC4299" w:rsidP="00464864">
      <w:pPr>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佐世保市長　様</w:t>
      </w:r>
    </w:p>
    <w:p w14:paraId="56A0677A" w14:textId="77777777" w:rsidR="00464864" w:rsidRPr="003774CF" w:rsidRDefault="00464864" w:rsidP="00A36DEB">
      <w:pPr>
        <w:spacing w:after="0"/>
        <w:rPr>
          <w:rFonts w:ascii="BIZ UDP明朝 Medium" w:eastAsia="BIZ UDP明朝 Medium" w:hAnsi="BIZ UDP明朝 Medium"/>
          <w:bCs/>
          <w:lang w:eastAsia="ja-JP"/>
        </w:rPr>
      </w:pPr>
    </w:p>
    <w:p w14:paraId="4A5B7228" w14:textId="77777777" w:rsidR="007C3753" w:rsidRPr="003774CF" w:rsidRDefault="00464864" w:rsidP="007C3753">
      <w:pPr>
        <w:tabs>
          <w:tab w:val="left" w:pos="3828"/>
          <w:tab w:val="left" w:pos="4678"/>
        </w:tabs>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ab/>
      </w:r>
      <w:r w:rsidRPr="003774CF">
        <w:rPr>
          <w:rFonts w:ascii="BIZ UDP明朝 Medium" w:eastAsia="BIZ UDP明朝 Medium" w:hAnsi="BIZ UDP明朝 Medium" w:hint="eastAsia"/>
          <w:bCs/>
          <w:lang w:eastAsia="ja-JP"/>
        </w:rPr>
        <w:t>申請者</w:t>
      </w:r>
      <w:r w:rsidRPr="003774CF">
        <w:rPr>
          <w:rFonts w:ascii="BIZ UDP明朝 Medium" w:eastAsia="BIZ UDP明朝 Medium" w:hAnsi="BIZ UDP明朝 Medium"/>
          <w:bCs/>
          <w:lang w:eastAsia="ja-JP"/>
        </w:rPr>
        <w:tab/>
      </w:r>
      <w:r w:rsidRPr="003774CF">
        <w:rPr>
          <w:rFonts w:ascii="BIZ UDP明朝 Medium" w:eastAsia="BIZ UDP明朝 Medium" w:hAnsi="BIZ UDP明朝 Medium" w:hint="eastAsia"/>
          <w:bCs/>
          <w:lang w:eastAsia="ja-JP"/>
        </w:rPr>
        <w:t>住所</w:t>
      </w:r>
    </w:p>
    <w:p w14:paraId="77F9C038" w14:textId="77777777" w:rsidR="007C3753" w:rsidRPr="003774CF" w:rsidRDefault="00464864" w:rsidP="007C3753">
      <w:pPr>
        <w:tabs>
          <w:tab w:val="left" w:pos="3828"/>
          <w:tab w:val="left" w:pos="4678"/>
        </w:tabs>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ab/>
      </w:r>
      <w:r w:rsidRPr="003774CF">
        <w:rPr>
          <w:rFonts w:ascii="BIZ UDP明朝 Medium" w:eastAsia="BIZ UDP明朝 Medium" w:hAnsi="BIZ UDP明朝 Medium"/>
          <w:bCs/>
          <w:lang w:eastAsia="ja-JP"/>
        </w:rPr>
        <w:tab/>
      </w:r>
      <w:r w:rsidRPr="003774CF">
        <w:rPr>
          <w:rFonts w:ascii="BIZ UDP明朝 Medium" w:eastAsia="BIZ UDP明朝 Medium" w:hAnsi="BIZ UDP明朝 Medium" w:hint="eastAsia"/>
          <w:bCs/>
          <w:lang w:eastAsia="ja-JP"/>
        </w:rPr>
        <w:t>氏名</w:t>
      </w:r>
    </w:p>
    <w:p w14:paraId="75946EA8" w14:textId="77777777" w:rsidR="007942D4" w:rsidRPr="003774CF" w:rsidRDefault="007C3753" w:rsidP="007942D4">
      <w:pPr>
        <w:tabs>
          <w:tab w:val="left" w:pos="3828"/>
          <w:tab w:val="left" w:pos="4678"/>
        </w:tabs>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ab/>
      </w:r>
      <w:r w:rsidRPr="003774CF">
        <w:rPr>
          <w:rFonts w:ascii="BIZ UDP明朝 Medium" w:eastAsia="BIZ UDP明朝 Medium" w:hAnsi="BIZ UDP明朝 Medium"/>
          <w:bCs/>
          <w:lang w:eastAsia="ja-JP"/>
        </w:rPr>
        <w:tab/>
      </w:r>
      <w:r w:rsidR="00464864" w:rsidRPr="003774CF">
        <w:rPr>
          <w:rFonts w:ascii="BIZ UDP明朝 Medium" w:eastAsia="BIZ UDP明朝 Medium" w:hAnsi="BIZ UDP明朝 Medium" w:hint="eastAsia"/>
          <w:bCs/>
          <w:lang w:eastAsia="ja-JP"/>
        </w:rPr>
        <w:t>（法人にあっては事業所名・代表者職・氏名）</w:t>
      </w:r>
    </w:p>
    <w:p w14:paraId="16D056F4" w14:textId="1C9338D6" w:rsidR="007942D4" w:rsidRPr="003774CF" w:rsidRDefault="007942D4" w:rsidP="007942D4">
      <w:pPr>
        <w:tabs>
          <w:tab w:val="left" w:pos="3828"/>
          <w:tab w:val="left" w:pos="4678"/>
        </w:tabs>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ab/>
      </w:r>
      <w:r w:rsidRPr="003774CF">
        <w:rPr>
          <w:rFonts w:ascii="BIZ UDP明朝 Medium" w:eastAsia="BIZ UDP明朝 Medium" w:hAnsi="BIZ UDP明朝 Medium"/>
          <w:bCs/>
          <w:lang w:eastAsia="ja-JP"/>
        </w:rPr>
        <w:tab/>
      </w:r>
      <w:r w:rsidRPr="003774CF">
        <w:rPr>
          <w:rFonts w:ascii="BIZ UDP明朝 Medium" w:eastAsia="BIZ UDP明朝 Medium" w:hAnsi="BIZ UDP明朝 Medium" w:hint="eastAsia"/>
          <w:bCs/>
          <w:lang w:eastAsia="ja-JP"/>
        </w:rPr>
        <w:t>電話番号</w:t>
      </w:r>
    </w:p>
    <w:p w14:paraId="0C066B29" w14:textId="23CD1F50" w:rsidR="007942D4" w:rsidRDefault="007942D4" w:rsidP="007942D4">
      <w:pPr>
        <w:tabs>
          <w:tab w:val="left" w:pos="3828"/>
          <w:tab w:val="left" w:pos="4678"/>
        </w:tabs>
        <w:spacing w:after="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ab/>
      </w:r>
      <w:r w:rsidRPr="003774CF">
        <w:rPr>
          <w:rFonts w:ascii="BIZ UDP明朝 Medium" w:eastAsia="BIZ UDP明朝 Medium" w:hAnsi="BIZ UDP明朝 Medium"/>
          <w:bCs/>
          <w:lang w:eastAsia="ja-JP"/>
        </w:rPr>
        <w:tab/>
      </w:r>
      <w:r w:rsidRPr="003774CF">
        <w:rPr>
          <w:rFonts w:ascii="BIZ UDP明朝 Medium" w:eastAsia="BIZ UDP明朝 Medium" w:hAnsi="BIZ UDP明朝 Medium" w:hint="eastAsia"/>
          <w:bCs/>
          <w:lang w:eastAsia="ja-JP"/>
        </w:rPr>
        <w:t>メールアドレス</w:t>
      </w:r>
    </w:p>
    <w:p w14:paraId="63B9C104" w14:textId="77777777" w:rsidR="00A36DEB" w:rsidRPr="003774CF" w:rsidRDefault="00A36DEB" w:rsidP="007942D4">
      <w:pPr>
        <w:tabs>
          <w:tab w:val="left" w:pos="3828"/>
          <w:tab w:val="left" w:pos="4678"/>
        </w:tabs>
        <w:spacing w:after="0"/>
        <w:rPr>
          <w:rFonts w:ascii="BIZ UDP明朝 Medium" w:eastAsia="BIZ UDP明朝 Medium" w:hAnsi="BIZ UDP明朝 Medium"/>
          <w:bCs/>
          <w:lang w:eastAsia="ja-JP"/>
        </w:rPr>
      </w:pPr>
    </w:p>
    <w:p w14:paraId="5DB2DB4C" w14:textId="6AEFFC99" w:rsidR="00A36DEB" w:rsidRPr="00A36DEB" w:rsidRDefault="00A36DEB" w:rsidP="00A36DEB">
      <w:pPr>
        <w:spacing w:after="0"/>
        <w:jc w:val="center"/>
        <w:rPr>
          <w:rFonts w:ascii="BIZ UDP明朝 Medium" w:eastAsia="BIZ UDP明朝 Medium" w:hAnsi="BIZ UDP明朝 Medium"/>
          <w:bCs/>
          <w:sz w:val="16"/>
          <w:szCs w:val="20"/>
          <w:lang w:eastAsia="ja-JP"/>
        </w:rPr>
      </w:pPr>
      <w:r w:rsidRPr="00A36DEB">
        <w:rPr>
          <w:rFonts w:ascii="BIZ UDP明朝 Medium" w:eastAsia="BIZ UDP明朝 Medium" w:hAnsi="BIZ UDP明朝 Medium"/>
          <w:bCs/>
          <w:sz w:val="24"/>
          <w:szCs w:val="20"/>
          <w:lang w:eastAsia="ja-JP"/>
        </w:rPr>
        <w:t>佐世保市貨物自動車エコタイヤ購入促進助成事業補助金交付申請書</w:t>
      </w:r>
    </w:p>
    <w:p w14:paraId="6DA8ED09" w14:textId="77777777" w:rsidR="00A3398A" w:rsidRPr="00A36DEB" w:rsidRDefault="00A3398A">
      <w:pPr>
        <w:rPr>
          <w:rFonts w:ascii="BIZ UDP明朝 Medium" w:eastAsia="BIZ UDP明朝 Medium" w:hAnsi="BIZ UDP明朝 Medium"/>
          <w:bCs/>
          <w:lang w:eastAsia="ja-JP"/>
        </w:rPr>
      </w:pPr>
    </w:p>
    <w:p w14:paraId="34A76B6C" w14:textId="7A802B0B" w:rsidR="007F5935" w:rsidRPr="007F5935" w:rsidRDefault="00464864" w:rsidP="007F5935">
      <w:pPr>
        <w:spacing w:after="0"/>
        <w:ind w:firstLineChars="100" w:firstLine="200"/>
        <w:rPr>
          <w:rFonts w:ascii="BIZ UDP明朝 Medium" w:eastAsia="BIZ UDP明朝 Medium" w:hAnsi="BIZ UDP明朝 Medium"/>
          <w:bCs/>
          <w:lang w:eastAsia="ja-JP"/>
        </w:rPr>
      </w:pPr>
      <w:r w:rsidRPr="003774CF">
        <w:rPr>
          <w:rFonts w:ascii="BIZ UDP明朝 Medium" w:eastAsia="BIZ UDP明朝 Medium" w:hAnsi="BIZ UDP明朝 Medium"/>
          <w:bCs/>
          <w:lang w:eastAsia="ja-JP"/>
        </w:rPr>
        <w:t>佐世保市貨物自動車エコタイヤ購入促進助成事業補助金交付要綱第</w:t>
      </w:r>
      <w:r w:rsidR="0081194B">
        <w:rPr>
          <w:rFonts w:ascii="BIZ UDP明朝 Medium" w:eastAsia="BIZ UDP明朝 Medium" w:hAnsi="BIZ UDP明朝 Medium" w:hint="eastAsia"/>
          <w:bCs/>
          <w:lang w:eastAsia="ja-JP"/>
        </w:rPr>
        <w:t>６</w:t>
      </w:r>
      <w:r w:rsidRPr="003774CF">
        <w:rPr>
          <w:rFonts w:ascii="BIZ UDP明朝 Medium" w:eastAsia="BIZ UDP明朝 Medium" w:hAnsi="BIZ UDP明朝 Medium"/>
          <w:bCs/>
          <w:lang w:eastAsia="ja-JP"/>
        </w:rPr>
        <w:t>条の規定により、補助金の交付を受けたいので、関係書類を添えて申請します。</w:t>
      </w:r>
      <w:r w:rsidR="007F5935" w:rsidRPr="007F5935">
        <w:rPr>
          <w:rFonts w:ascii="BIZ UDP明朝 Medium" w:eastAsia="BIZ UDP明朝 Medium" w:hAnsi="BIZ UDP明朝 Medium" w:hint="eastAsia"/>
          <w:bCs/>
          <w:lang w:eastAsia="ja-JP"/>
        </w:rPr>
        <w:t>また、本申請を行うにあたり、</w:t>
      </w:r>
      <w:r w:rsidR="00A36DEB">
        <w:rPr>
          <w:rFonts w:ascii="BIZ UDP明朝 Medium" w:eastAsia="BIZ UDP明朝 Medium" w:hAnsi="BIZ UDP明朝 Medium" w:hint="eastAsia"/>
          <w:bCs/>
          <w:lang w:eastAsia="ja-JP"/>
        </w:rPr>
        <w:t>裏面</w:t>
      </w:r>
      <w:r w:rsidR="007F5935" w:rsidRPr="007F5935">
        <w:rPr>
          <w:rFonts w:ascii="BIZ UDP明朝 Medium" w:eastAsia="BIZ UDP明朝 Medium" w:hAnsi="BIZ UDP明朝 Medium" w:hint="eastAsia"/>
          <w:bCs/>
          <w:lang w:eastAsia="ja-JP"/>
        </w:rPr>
        <w:t>の誓約事項に相違ないことを誓約し、これらが事実と相違することが判明した場合には、事業の承認の全部又は一部が取り消されることについて同意します。</w:t>
      </w:r>
    </w:p>
    <w:p w14:paraId="049A643D" w14:textId="15D0DB1D" w:rsidR="00A3398A" w:rsidRPr="007F5935" w:rsidRDefault="007F5935" w:rsidP="007F5935">
      <w:pPr>
        <w:spacing w:after="0"/>
        <w:ind w:firstLineChars="100" w:firstLine="200"/>
        <w:rPr>
          <w:rFonts w:ascii="BIZ UDP明朝 Medium" w:eastAsia="BIZ UDP明朝 Medium" w:hAnsi="BIZ UDP明朝 Medium"/>
          <w:bCs/>
          <w:lang w:eastAsia="ja-JP"/>
        </w:rPr>
      </w:pPr>
      <w:r w:rsidRPr="007F5935">
        <w:rPr>
          <w:rFonts w:ascii="BIZ UDP明朝 Medium" w:eastAsia="BIZ UDP明朝 Medium" w:hAnsi="BIZ UDP明朝 Medium" w:hint="eastAsia"/>
          <w:bCs/>
          <w:lang w:eastAsia="ja-JP"/>
        </w:rPr>
        <w:t>なお、誓約事項の事実確認のため、長崎県警察本部へ申請者情報に関する照会がなされる場合があることを承諾します。</w:t>
      </w:r>
    </w:p>
    <w:p w14:paraId="51DF8AAE" w14:textId="77777777" w:rsidR="00445621" w:rsidRDefault="00445621" w:rsidP="00445621">
      <w:pPr>
        <w:spacing w:after="0"/>
        <w:rPr>
          <w:rFonts w:ascii="BIZ UDP明朝 Medium" w:eastAsia="BIZ UDP明朝 Medium" w:hAnsi="BIZ UDP明朝 Medium"/>
          <w:bCs/>
          <w:lang w:eastAsia="ja-JP"/>
        </w:rPr>
      </w:pPr>
    </w:p>
    <w:p w14:paraId="2FCDF774" w14:textId="385ED752" w:rsidR="00445621" w:rsidRDefault="00445621" w:rsidP="00445621">
      <w:pPr>
        <w:spacing w:after="0"/>
        <w:jc w:val="center"/>
        <w:rPr>
          <w:rFonts w:ascii="BIZ UDP明朝 Medium" w:eastAsia="BIZ UDP明朝 Medium" w:hAnsi="BIZ UDP明朝 Medium"/>
          <w:bCs/>
          <w:lang w:eastAsia="ja-JP"/>
        </w:rPr>
      </w:pPr>
      <w:r>
        <w:rPr>
          <w:rFonts w:ascii="BIZ UDP明朝 Medium" w:eastAsia="BIZ UDP明朝 Medium" w:hAnsi="BIZ UDP明朝 Medium" w:hint="eastAsia"/>
          <w:bCs/>
          <w:lang w:eastAsia="ja-JP"/>
        </w:rPr>
        <w:t>記</w:t>
      </w:r>
    </w:p>
    <w:p w14:paraId="4E6741E1" w14:textId="77777777" w:rsidR="00445621" w:rsidRDefault="00445621" w:rsidP="00445621">
      <w:pPr>
        <w:spacing w:after="0"/>
        <w:rPr>
          <w:rFonts w:ascii="BIZ UDP明朝 Medium" w:eastAsia="BIZ UDP明朝 Medium" w:hAnsi="BIZ UDP明朝 Medium"/>
          <w:bCs/>
          <w:lang w:eastAsia="ja-JP"/>
        </w:rPr>
      </w:pPr>
    </w:p>
    <w:p w14:paraId="58FB509A" w14:textId="0872A8F4" w:rsidR="003774CF" w:rsidRPr="003774CF" w:rsidRDefault="003774CF" w:rsidP="003774CF">
      <w:pPr>
        <w:rPr>
          <w:rFonts w:ascii="BIZ UDP明朝 Medium" w:eastAsia="BIZ UDP明朝 Medium" w:hAnsi="BIZ UDP明朝 Medium"/>
          <w:bCs/>
          <w:lang w:eastAsia="ja-JP"/>
        </w:rPr>
      </w:pPr>
      <w:r w:rsidRPr="003774CF">
        <w:rPr>
          <w:rFonts w:ascii="BIZ UDP明朝 Medium" w:eastAsia="BIZ UDP明朝 Medium" w:hAnsi="BIZ UDP明朝 Medium" w:hint="eastAsia"/>
          <w:bCs/>
          <w:lang w:eastAsia="ja-JP"/>
        </w:rPr>
        <w:t>１　申請内容</w:t>
      </w:r>
    </w:p>
    <w:tbl>
      <w:tblPr>
        <w:tblStyle w:val="afe"/>
        <w:tblW w:w="8647" w:type="dxa"/>
        <w:tblInd w:w="392" w:type="dxa"/>
        <w:tblLook w:val="04A0" w:firstRow="1" w:lastRow="0" w:firstColumn="1" w:lastColumn="0" w:noHBand="0" w:noVBand="1"/>
      </w:tblPr>
      <w:tblGrid>
        <w:gridCol w:w="2565"/>
        <w:gridCol w:w="3048"/>
        <w:gridCol w:w="3034"/>
      </w:tblGrid>
      <w:tr w:rsidR="009C5091" w:rsidRPr="003774CF" w14:paraId="5E61FA2B" w14:textId="77777777" w:rsidTr="009C5091">
        <w:trPr>
          <w:trHeight w:val="454"/>
        </w:trPr>
        <w:tc>
          <w:tcPr>
            <w:tcW w:w="2565" w:type="dxa"/>
            <w:shd w:val="clear" w:color="auto" w:fill="EAF2F8"/>
            <w:vAlign w:val="center"/>
          </w:tcPr>
          <w:p w14:paraId="304F9EB3" w14:textId="77777777" w:rsidR="009C5091" w:rsidRPr="003774CF" w:rsidRDefault="009C5091"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rPr>
              <w:t>申請区分</w:t>
            </w:r>
          </w:p>
          <w:p w14:paraId="1907B170" w14:textId="7D01AD8E" w:rsidR="00613BD9" w:rsidRPr="003774CF" w:rsidRDefault="00613BD9"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sz w:val="12"/>
                <w:szCs w:val="12"/>
              </w:rPr>
              <w:t>※いずれか一方のみ</w:t>
            </w:r>
          </w:p>
        </w:tc>
        <w:tc>
          <w:tcPr>
            <w:tcW w:w="3048" w:type="dxa"/>
            <w:vAlign w:val="center"/>
          </w:tcPr>
          <w:p w14:paraId="17FDE355" w14:textId="091F1283" w:rsidR="009C5091" w:rsidRPr="003774CF" w:rsidRDefault="00F17B56" w:rsidP="009C5091">
            <w:pPr>
              <w:pStyle w:val="18"/>
              <w:jc w:val="center"/>
              <w:rPr>
                <w:rFonts w:ascii="BIZ UDP明朝 Medium" w:eastAsia="BIZ UDP明朝 Medium" w:hAnsi="BIZ UDP明朝 Medium"/>
                <w:bCs/>
              </w:rPr>
            </w:pPr>
            <w:sdt>
              <w:sdtPr>
                <w:rPr>
                  <w:rFonts w:ascii="BIZ UDP明朝 Medium" w:eastAsia="BIZ UDP明朝 Medium" w:hAnsi="BIZ UDP明朝 Medium" w:hint="eastAsia"/>
                  <w:bCs/>
                </w:rPr>
                <w:id w:val="-2140181517"/>
                <w14:checkbox>
                  <w14:checked w14:val="0"/>
                  <w14:checkedState w14:val="00FE" w14:font="Wingdings"/>
                  <w14:uncheckedState w14:val="2610" w14:font="ＭＳ ゴシック"/>
                </w14:checkbox>
              </w:sdtPr>
              <w:sdtEndPr/>
              <w:sdtContent>
                <w:r w:rsidR="009C5091" w:rsidRPr="003774CF">
                  <w:rPr>
                    <w:rFonts w:ascii="ＭＳ ゴシック" w:eastAsia="ＭＳ ゴシック" w:hAnsi="ＭＳ ゴシック" w:hint="eastAsia"/>
                    <w:bCs/>
                  </w:rPr>
                  <w:t>☐</w:t>
                </w:r>
              </w:sdtContent>
            </w:sdt>
            <w:r w:rsidR="009C5091" w:rsidRPr="003774CF">
              <w:rPr>
                <w:rFonts w:ascii="BIZ UDP明朝 Medium" w:eastAsia="BIZ UDP明朝 Medium" w:hAnsi="BIZ UDP明朝 Medium" w:hint="eastAsia"/>
                <w:bCs/>
              </w:rPr>
              <w:t xml:space="preserve">　普通貨物自動車</w:t>
            </w:r>
          </w:p>
        </w:tc>
        <w:tc>
          <w:tcPr>
            <w:tcW w:w="3034" w:type="dxa"/>
            <w:vAlign w:val="center"/>
          </w:tcPr>
          <w:p w14:paraId="0206EA95" w14:textId="4BBF0DF7" w:rsidR="009C5091" w:rsidRPr="003774CF" w:rsidRDefault="00F17B56" w:rsidP="009C5091">
            <w:pPr>
              <w:pStyle w:val="18"/>
              <w:jc w:val="center"/>
              <w:rPr>
                <w:rFonts w:ascii="BIZ UDP明朝 Medium" w:eastAsia="BIZ UDP明朝 Medium" w:hAnsi="BIZ UDP明朝 Medium"/>
                <w:bCs/>
              </w:rPr>
            </w:pPr>
            <w:sdt>
              <w:sdtPr>
                <w:rPr>
                  <w:rFonts w:ascii="BIZ UDP明朝 Medium" w:eastAsia="BIZ UDP明朝 Medium" w:hAnsi="BIZ UDP明朝 Medium" w:hint="eastAsia"/>
                  <w:bCs/>
                </w:rPr>
                <w:id w:val="1038011774"/>
                <w14:checkbox>
                  <w14:checked w14:val="0"/>
                  <w14:checkedState w14:val="00FE" w14:font="Wingdings"/>
                  <w14:uncheckedState w14:val="2610" w14:font="ＭＳ ゴシック"/>
                </w14:checkbox>
              </w:sdtPr>
              <w:sdtEndPr/>
              <w:sdtContent>
                <w:r w:rsidR="009C5091" w:rsidRPr="003774CF">
                  <w:rPr>
                    <w:rFonts w:ascii="ＭＳ ゴシック" w:eastAsia="ＭＳ ゴシック" w:hAnsi="ＭＳ ゴシック" w:hint="eastAsia"/>
                    <w:bCs/>
                  </w:rPr>
                  <w:t>☐</w:t>
                </w:r>
              </w:sdtContent>
            </w:sdt>
            <w:r w:rsidR="009C5091" w:rsidRPr="003774CF">
              <w:rPr>
                <w:rFonts w:ascii="BIZ UDP明朝 Medium" w:eastAsia="BIZ UDP明朝 Medium" w:hAnsi="BIZ UDP明朝 Medium" w:hint="eastAsia"/>
                <w:bCs/>
              </w:rPr>
              <w:t xml:space="preserve">　軽貨物自動車</w:t>
            </w:r>
          </w:p>
        </w:tc>
      </w:tr>
      <w:tr w:rsidR="009C5091" w:rsidRPr="003774CF" w14:paraId="763CFDB8" w14:textId="77777777" w:rsidTr="009C5091">
        <w:trPr>
          <w:trHeight w:val="454"/>
        </w:trPr>
        <w:tc>
          <w:tcPr>
            <w:tcW w:w="2565" w:type="dxa"/>
            <w:shd w:val="clear" w:color="auto" w:fill="EAF2F8"/>
            <w:vAlign w:val="center"/>
          </w:tcPr>
          <w:p w14:paraId="0CD2D689" w14:textId="15A566FB" w:rsidR="009C5091" w:rsidRPr="003774CF" w:rsidRDefault="009C5091"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rPr>
              <w:t>保有台数</w:t>
            </w:r>
            <w:r w:rsidR="00613BD9" w:rsidRPr="003774CF">
              <w:rPr>
                <w:rFonts w:ascii="BIZ UDP明朝 Medium" w:eastAsia="BIZ UDP明朝 Medium" w:hAnsi="BIZ UDP明朝 Medium" w:hint="eastAsia"/>
                <w:bCs/>
                <w:sz w:val="14"/>
                <w:szCs w:val="14"/>
              </w:rPr>
              <w:t>（申請日時点）</w:t>
            </w:r>
          </w:p>
        </w:tc>
        <w:tc>
          <w:tcPr>
            <w:tcW w:w="6082" w:type="dxa"/>
            <w:gridSpan w:val="2"/>
            <w:vAlign w:val="center"/>
          </w:tcPr>
          <w:p w14:paraId="46A9AC1F" w14:textId="5B91A971" w:rsidR="009C5091" w:rsidRPr="003774CF" w:rsidRDefault="009C5091" w:rsidP="009C5091">
            <w:pPr>
              <w:pStyle w:val="18"/>
              <w:ind w:rightChars="726" w:right="1452"/>
              <w:jc w:val="right"/>
              <w:rPr>
                <w:rFonts w:ascii="BIZ UDP明朝 Medium" w:eastAsia="BIZ UDP明朝 Medium" w:hAnsi="BIZ UDP明朝 Medium"/>
                <w:bCs/>
              </w:rPr>
            </w:pPr>
            <w:r w:rsidRPr="003774CF">
              <w:rPr>
                <w:rFonts w:ascii="BIZ UDP明朝 Medium" w:eastAsia="BIZ UDP明朝 Medium" w:hAnsi="BIZ UDP明朝 Medium" w:hint="eastAsia"/>
                <w:bCs/>
              </w:rPr>
              <w:t>台</w:t>
            </w:r>
          </w:p>
        </w:tc>
      </w:tr>
      <w:tr w:rsidR="009C5091" w:rsidRPr="003774CF" w14:paraId="0C030129" w14:textId="77777777" w:rsidTr="009C5091">
        <w:trPr>
          <w:trHeight w:val="454"/>
        </w:trPr>
        <w:tc>
          <w:tcPr>
            <w:tcW w:w="2565" w:type="dxa"/>
            <w:shd w:val="clear" w:color="auto" w:fill="EAF2F8"/>
            <w:vAlign w:val="center"/>
          </w:tcPr>
          <w:p w14:paraId="3C5AF806" w14:textId="19E97721" w:rsidR="009C5091" w:rsidRPr="003774CF" w:rsidRDefault="009C5091"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rPr>
              <w:t>交付申請額</w:t>
            </w:r>
          </w:p>
        </w:tc>
        <w:tc>
          <w:tcPr>
            <w:tcW w:w="6082" w:type="dxa"/>
            <w:gridSpan w:val="2"/>
            <w:vAlign w:val="center"/>
          </w:tcPr>
          <w:p w14:paraId="08E9CA4F" w14:textId="5C0E3F11" w:rsidR="009C5091" w:rsidRPr="003774CF" w:rsidRDefault="009C5091" w:rsidP="009C5091">
            <w:pPr>
              <w:pStyle w:val="18"/>
              <w:ind w:rightChars="726" w:right="1452"/>
              <w:jc w:val="right"/>
              <w:rPr>
                <w:rFonts w:ascii="BIZ UDP明朝 Medium" w:eastAsia="BIZ UDP明朝 Medium" w:hAnsi="BIZ UDP明朝 Medium"/>
                <w:bCs/>
              </w:rPr>
            </w:pPr>
            <w:r w:rsidRPr="003774CF">
              <w:rPr>
                <w:rFonts w:ascii="BIZ UDP明朝 Medium" w:eastAsia="BIZ UDP明朝 Medium" w:hAnsi="BIZ UDP明朝 Medium" w:hint="eastAsia"/>
                <w:bCs/>
              </w:rPr>
              <w:t>円</w:t>
            </w:r>
          </w:p>
        </w:tc>
      </w:tr>
      <w:tr w:rsidR="009C5091" w:rsidRPr="003774CF" w14:paraId="60578A14" w14:textId="77777777" w:rsidTr="009C5091">
        <w:trPr>
          <w:trHeight w:val="454"/>
        </w:trPr>
        <w:tc>
          <w:tcPr>
            <w:tcW w:w="2565" w:type="dxa"/>
            <w:shd w:val="clear" w:color="auto" w:fill="EAF2F8"/>
            <w:vAlign w:val="center"/>
          </w:tcPr>
          <w:p w14:paraId="0BAA31FD" w14:textId="5D25F746" w:rsidR="009C5091" w:rsidRPr="003774CF" w:rsidRDefault="009C5091"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rPr>
              <w:t>補助事業完了予定年月日</w:t>
            </w:r>
          </w:p>
        </w:tc>
        <w:tc>
          <w:tcPr>
            <w:tcW w:w="6082" w:type="dxa"/>
            <w:gridSpan w:val="2"/>
            <w:vAlign w:val="center"/>
          </w:tcPr>
          <w:p w14:paraId="1B4C7CAC" w14:textId="27782734" w:rsidR="009C5091" w:rsidRPr="003774CF" w:rsidRDefault="009C5091" w:rsidP="009C5091">
            <w:pPr>
              <w:pStyle w:val="18"/>
              <w:ind w:leftChars="8" w:left="16"/>
              <w:jc w:val="center"/>
              <w:rPr>
                <w:rFonts w:ascii="BIZ UDP明朝 Medium" w:eastAsia="BIZ UDP明朝 Medium" w:hAnsi="BIZ UDP明朝 Medium"/>
                <w:bCs/>
              </w:rPr>
            </w:pPr>
            <w:r w:rsidRPr="003774CF">
              <w:rPr>
                <w:rFonts w:ascii="BIZ UDP明朝 Medium" w:eastAsia="BIZ UDP明朝 Medium" w:hAnsi="BIZ UDP明朝 Medium" w:hint="eastAsia"/>
                <w:bCs/>
              </w:rPr>
              <w:t>令和　　　年　　　月　　　日</w:t>
            </w:r>
          </w:p>
        </w:tc>
      </w:tr>
      <w:tr w:rsidR="009C5091" w:rsidRPr="003774CF" w14:paraId="69466F1B" w14:textId="77777777" w:rsidTr="009C5091">
        <w:trPr>
          <w:trHeight w:val="454"/>
        </w:trPr>
        <w:tc>
          <w:tcPr>
            <w:tcW w:w="2565" w:type="dxa"/>
            <w:shd w:val="clear" w:color="auto" w:fill="EAF2F8"/>
            <w:vAlign w:val="center"/>
          </w:tcPr>
          <w:p w14:paraId="4F350543" w14:textId="5DEF736F" w:rsidR="009C5091" w:rsidRPr="003774CF" w:rsidRDefault="009C5091" w:rsidP="009C5091">
            <w:pPr>
              <w:pStyle w:val="18"/>
              <w:jc w:val="center"/>
              <w:rPr>
                <w:rFonts w:ascii="BIZ UDP明朝 Medium" w:eastAsia="BIZ UDP明朝 Medium" w:hAnsi="BIZ UDP明朝 Medium"/>
                <w:bCs/>
              </w:rPr>
            </w:pPr>
            <w:r w:rsidRPr="003774CF">
              <w:rPr>
                <w:rFonts w:ascii="BIZ UDP明朝 Medium" w:eastAsia="BIZ UDP明朝 Medium" w:hAnsi="BIZ UDP明朝 Medium" w:hint="eastAsia"/>
                <w:bCs/>
              </w:rPr>
              <w:t>添付書類</w:t>
            </w:r>
          </w:p>
        </w:tc>
        <w:tc>
          <w:tcPr>
            <w:tcW w:w="6082" w:type="dxa"/>
            <w:gridSpan w:val="2"/>
            <w:vAlign w:val="center"/>
          </w:tcPr>
          <w:p w14:paraId="22AEB1F2" w14:textId="38B27D27" w:rsidR="008C6E48" w:rsidRPr="00914FB4" w:rsidRDefault="00076DCE" w:rsidP="008C6E48">
            <w:pPr>
              <w:pStyle w:val="ae"/>
              <w:numPr>
                <w:ilvl w:val="0"/>
                <w:numId w:val="10"/>
              </w:numPr>
              <w:spacing w:after="60"/>
              <w:ind w:left="441" w:hanging="441"/>
              <w:rPr>
                <w:rFonts w:ascii="BIZ UDP明朝 Medium" w:eastAsia="BIZ UDP明朝 Medium" w:hAnsi="BIZ UDP明朝 Medium"/>
                <w:bCs/>
                <w:sz w:val="18"/>
                <w:szCs w:val="18"/>
                <w:lang w:eastAsia="ja-JP"/>
              </w:rPr>
            </w:pPr>
            <w:bookmarkStart w:id="0" w:name="_Hlk237851659"/>
            <w:r>
              <w:rPr>
                <w:rFonts w:ascii="BIZ UDP明朝 Medium" w:eastAsia="BIZ UDP明朝 Medium" w:hAnsi="BIZ UDP明朝 Medium" w:hint="eastAsia"/>
                <w:bCs/>
                <w:sz w:val="18"/>
                <w:szCs w:val="18"/>
                <w:lang w:eastAsia="ja-JP"/>
              </w:rPr>
              <w:t>エコタイヤ装着</w:t>
            </w:r>
            <w:r w:rsidR="009C5091" w:rsidRPr="00914FB4">
              <w:rPr>
                <w:rFonts w:ascii="BIZ UDP明朝 Medium" w:eastAsia="BIZ UDP明朝 Medium" w:hAnsi="BIZ UDP明朝 Medium"/>
                <w:bCs/>
                <w:sz w:val="18"/>
                <w:szCs w:val="18"/>
                <w:lang w:eastAsia="ja-JP"/>
              </w:rPr>
              <w:t>車両</w:t>
            </w:r>
            <w:bookmarkEnd w:id="0"/>
            <w:r w:rsidR="009C5091" w:rsidRPr="00914FB4">
              <w:rPr>
                <w:rFonts w:ascii="BIZ UDP明朝 Medium" w:eastAsia="BIZ UDP明朝 Medium" w:hAnsi="BIZ UDP明朝 Medium"/>
                <w:bCs/>
                <w:sz w:val="18"/>
                <w:szCs w:val="18"/>
                <w:lang w:eastAsia="ja-JP"/>
              </w:rPr>
              <w:t>・購入予定タイヤ内訳書</w:t>
            </w:r>
            <w:r w:rsidR="009C5091" w:rsidRPr="00914FB4">
              <w:rPr>
                <w:rFonts w:ascii="BIZ UDP明朝 Medium" w:eastAsia="BIZ UDP明朝 Medium" w:hAnsi="BIZ UDP明朝 Medium" w:hint="eastAsia"/>
                <w:bCs/>
                <w:sz w:val="18"/>
                <w:szCs w:val="18"/>
                <w:lang w:eastAsia="ja-JP"/>
              </w:rPr>
              <w:t>（様式第２号）</w:t>
            </w:r>
          </w:p>
          <w:p w14:paraId="0B811873" w14:textId="77777777" w:rsidR="00076DCE" w:rsidRDefault="00076DCE" w:rsidP="007942D4">
            <w:pPr>
              <w:pStyle w:val="ae"/>
              <w:numPr>
                <w:ilvl w:val="0"/>
                <w:numId w:val="10"/>
              </w:numPr>
              <w:spacing w:after="60"/>
              <w:ind w:left="441" w:hanging="441"/>
              <w:rPr>
                <w:rFonts w:ascii="BIZ UDP明朝 Medium" w:eastAsia="BIZ UDP明朝 Medium" w:hAnsi="BIZ UDP明朝 Medium"/>
                <w:bCs/>
                <w:sz w:val="18"/>
                <w:szCs w:val="18"/>
                <w:lang w:eastAsia="ja-JP"/>
              </w:rPr>
            </w:pPr>
            <w:r>
              <w:rPr>
                <w:rFonts w:ascii="BIZ UDP明朝 Medium" w:eastAsia="BIZ UDP明朝 Medium" w:hAnsi="BIZ UDP明朝 Medium" w:hint="eastAsia"/>
                <w:bCs/>
                <w:sz w:val="18"/>
                <w:szCs w:val="18"/>
                <w:lang w:eastAsia="ja-JP"/>
              </w:rPr>
              <w:t>保有車両全ての</w:t>
            </w:r>
            <w:r w:rsidR="00C25FAC" w:rsidRPr="00914FB4">
              <w:rPr>
                <w:rFonts w:ascii="BIZ UDP明朝 Medium" w:eastAsia="BIZ UDP明朝 Medium" w:hAnsi="BIZ UDP明朝 Medium"/>
                <w:bCs/>
                <w:sz w:val="18"/>
                <w:szCs w:val="18"/>
                <w:lang w:eastAsia="ja-JP"/>
              </w:rPr>
              <w:t>自動車検査証記録事項の写し</w:t>
            </w:r>
          </w:p>
          <w:p w14:paraId="269DCACE" w14:textId="77777777" w:rsidR="00076DCE" w:rsidRDefault="00076DCE" w:rsidP="00076DCE">
            <w:pPr>
              <w:pStyle w:val="ae"/>
              <w:spacing w:after="60"/>
              <w:ind w:left="440" w:firstLine="1"/>
              <w:rPr>
                <w:rFonts w:ascii="BIZ UDP明朝 Medium" w:eastAsia="BIZ UDP明朝 Medium" w:hAnsi="BIZ UDP明朝 Medium"/>
                <w:bCs/>
                <w:sz w:val="18"/>
                <w:szCs w:val="18"/>
                <w:lang w:eastAsia="ja-JP"/>
              </w:rPr>
            </w:pPr>
            <w:r>
              <w:rPr>
                <w:rFonts w:ascii="BIZ UDP明朝 Medium" w:eastAsia="BIZ UDP明朝 Medium" w:hAnsi="BIZ UDP明朝 Medium" w:hint="eastAsia"/>
                <w:bCs/>
                <w:sz w:val="18"/>
                <w:szCs w:val="18"/>
                <w:lang w:eastAsia="ja-JP"/>
              </w:rPr>
              <w:t>※</w:t>
            </w:r>
            <w:r w:rsidRPr="00076DCE">
              <w:rPr>
                <w:rFonts w:ascii="BIZ UDP明朝 Medium" w:eastAsia="BIZ UDP明朝 Medium" w:hAnsi="BIZ UDP明朝 Medium" w:hint="eastAsia"/>
                <w:bCs/>
                <w:sz w:val="18"/>
                <w:szCs w:val="18"/>
                <w:lang w:eastAsia="ja-JP"/>
              </w:rPr>
              <w:t>普通貨物</w:t>
            </w:r>
            <w:r w:rsidRPr="00076DCE">
              <w:rPr>
                <w:rFonts w:ascii="BIZ UDP明朝 Medium" w:eastAsia="BIZ UDP明朝 Medium" w:hAnsi="BIZ UDP明朝 Medium"/>
                <w:bCs/>
                <w:sz w:val="18"/>
                <w:szCs w:val="18"/>
                <w:lang w:eastAsia="ja-JP"/>
              </w:rPr>
              <w:t>41台以上保有の場合は41台分、軽貨物11台以上保有</w:t>
            </w:r>
          </w:p>
          <w:p w14:paraId="5DE57659" w14:textId="08F47E4B" w:rsidR="009C5091" w:rsidRPr="00914FB4" w:rsidRDefault="00076DCE" w:rsidP="00076DCE">
            <w:pPr>
              <w:pStyle w:val="ae"/>
              <w:spacing w:after="60"/>
              <w:ind w:left="440" w:firstLineChars="100" w:firstLine="180"/>
              <w:rPr>
                <w:rFonts w:ascii="BIZ UDP明朝 Medium" w:eastAsia="BIZ UDP明朝 Medium" w:hAnsi="BIZ UDP明朝 Medium" w:hint="eastAsia"/>
                <w:bCs/>
                <w:sz w:val="18"/>
                <w:szCs w:val="18"/>
                <w:lang w:eastAsia="ja-JP"/>
              </w:rPr>
            </w:pPr>
            <w:r w:rsidRPr="00076DCE">
              <w:rPr>
                <w:rFonts w:ascii="BIZ UDP明朝 Medium" w:eastAsia="BIZ UDP明朝 Medium" w:hAnsi="BIZ UDP明朝 Medium"/>
                <w:bCs/>
                <w:sz w:val="18"/>
                <w:szCs w:val="18"/>
                <w:lang w:eastAsia="ja-JP"/>
              </w:rPr>
              <w:t>の場合は11台分を提出すること</w:t>
            </w:r>
          </w:p>
          <w:p w14:paraId="5662712E" w14:textId="567B6182" w:rsidR="009C5091" w:rsidRPr="00914FB4" w:rsidRDefault="009C5091" w:rsidP="008C6E48">
            <w:pPr>
              <w:pStyle w:val="ae"/>
              <w:numPr>
                <w:ilvl w:val="0"/>
                <w:numId w:val="10"/>
              </w:numPr>
              <w:spacing w:after="60"/>
              <w:ind w:left="441" w:hanging="441"/>
              <w:rPr>
                <w:rFonts w:ascii="BIZ UDP明朝 Medium" w:eastAsia="BIZ UDP明朝 Medium" w:hAnsi="BIZ UDP明朝 Medium"/>
                <w:bCs/>
                <w:sz w:val="18"/>
                <w:szCs w:val="18"/>
                <w:lang w:eastAsia="ja-JP"/>
              </w:rPr>
            </w:pPr>
            <w:r w:rsidRPr="00914FB4">
              <w:rPr>
                <w:rFonts w:ascii="BIZ UDP明朝 Medium" w:eastAsia="BIZ UDP明朝 Medium" w:hAnsi="BIZ UDP明朝 Medium"/>
                <w:bCs/>
                <w:sz w:val="18"/>
                <w:szCs w:val="18"/>
                <w:lang w:eastAsia="ja-JP"/>
              </w:rPr>
              <w:t>購入予定タイヤの見積書等（商品名、型式、サイズ、数量、単価、金額等が確認できるもの）</w:t>
            </w:r>
          </w:p>
          <w:p w14:paraId="27722234" w14:textId="77777777" w:rsidR="008C6E48" w:rsidRPr="00914FB4" w:rsidRDefault="008C6E48" w:rsidP="008C6E48">
            <w:pPr>
              <w:pStyle w:val="ae"/>
              <w:numPr>
                <w:ilvl w:val="0"/>
                <w:numId w:val="10"/>
              </w:numPr>
              <w:spacing w:after="60" w:line="276" w:lineRule="auto"/>
              <w:ind w:left="441" w:hanging="441"/>
              <w:rPr>
                <w:rFonts w:ascii="BIZ UDP明朝 Medium" w:eastAsia="BIZ UDP明朝 Medium" w:hAnsi="BIZ UDP明朝 Medium"/>
                <w:bCs/>
                <w:sz w:val="18"/>
                <w:szCs w:val="18"/>
                <w:lang w:eastAsia="ja-JP"/>
              </w:rPr>
            </w:pPr>
            <w:r w:rsidRPr="00914FB4">
              <w:rPr>
                <w:rFonts w:ascii="BIZ UDP明朝 Medium" w:eastAsia="BIZ UDP明朝 Medium" w:hAnsi="BIZ UDP明朝 Medium" w:hint="eastAsia"/>
                <w:bCs/>
                <w:sz w:val="18"/>
                <w:szCs w:val="18"/>
                <w:lang w:eastAsia="ja-JP"/>
              </w:rPr>
              <w:t>貨物自動車運送事業許可証の写し（普通貨物のみ）</w:t>
            </w:r>
          </w:p>
          <w:p w14:paraId="0788D578" w14:textId="15FEF9CC" w:rsidR="008C6E48" w:rsidRPr="00914FB4" w:rsidRDefault="008C6E48" w:rsidP="008C6E48">
            <w:pPr>
              <w:pStyle w:val="ae"/>
              <w:numPr>
                <w:ilvl w:val="0"/>
                <w:numId w:val="10"/>
              </w:numPr>
              <w:spacing w:after="60" w:line="276" w:lineRule="auto"/>
              <w:ind w:left="441" w:hanging="441"/>
              <w:rPr>
                <w:rFonts w:ascii="BIZ UDP明朝 Medium" w:eastAsia="BIZ UDP明朝 Medium" w:hAnsi="BIZ UDP明朝 Medium"/>
                <w:bCs/>
                <w:sz w:val="18"/>
                <w:szCs w:val="18"/>
                <w:lang w:eastAsia="ja-JP"/>
              </w:rPr>
            </w:pPr>
            <w:r w:rsidRPr="00914FB4">
              <w:rPr>
                <w:rFonts w:ascii="BIZ UDP明朝 Medium" w:eastAsia="BIZ UDP明朝 Medium" w:hAnsi="BIZ UDP明朝 Medium"/>
                <w:bCs/>
                <w:sz w:val="18"/>
                <w:szCs w:val="18"/>
                <w:lang w:eastAsia="ja-JP"/>
              </w:rPr>
              <w:t>貨物軽自動車運送事業経営届出書の控えの写し</w:t>
            </w:r>
            <w:r w:rsidRPr="00914FB4">
              <w:rPr>
                <w:rFonts w:ascii="BIZ UDP明朝 Medium" w:eastAsia="BIZ UDP明朝 Medium" w:hAnsi="BIZ UDP明朝 Medium" w:hint="eastAsia"/>
                <w:bCs/>
                <w:sz w:val="18"/>
                <w:szCs w:val="18"/>
                <w:lang w:eastAsia="ja-JP"/>
              </w:rPr>
              <w:t>（軽貨物のみ）</w:t>
            </w:r>
          </w:p>
          <w:p w14:paraId="4017B9F9" w14:textId="69AE14D7" w:rsidR="009C5091" w:rsidRPr="00914FB4" w:rsidRDefault="009C5091" w:rsidP="007942D4">
            <w:pPr>
              <w:pStyle w:val="ae"/>
              <w:numPr>
                <w:ilvl w:val="0"/>
                <w:numId w:val="10"/>
              </w:numPr>
              <w:spacing w:after="60"/>
              <w:ind w:left="441" w:hanging="441"/>
              <w:rPr>
                <w:rFonts w:ascii="BIZ UDP明朝 Medium" w:eastAsia="BIZ UDP明朝 Medium" w:hAnsi="BIZ UDP明朝 Medium"/>
                <w:bCs/>
                <w:sz w:val="18"/>
                <w:szCs w:val="18"/>
                <w:lang w:eastAsia="ja-JP"/>
              </w:rPr>
            </w:pPr>
            <w:r w:rsidRPr="00914FB4">
              <w:rPr>
                <w:rFonts w:ascii="BIZ UDP明朝 Medium" w:eastAsia="BIZ UDP明朝 Medium" w:hAnsi="BIZ UDP明朝 Medium"/>
                <w:bCs/>
                <w:sz w:val="18"/>
                <w:szCs w:val="18"/>
                <w:lang w:eastAsia="ja-JP"/>
              </w:rPr>
              <w:t>その他市長が必要と認める書類</w:t>
            </w:r>
          </w:p>
        </w:tc>
      </w:tr>
    </w:tbl>
    <w:p w14:paraId="7B832F3F" w14:textId="118BF7DA" w:rsidR="00A3398A" w:rsidRPr="003774CF" w:rsidRDefault="00A3398A">
      <w:pPr>
        <w:rPr>
          <w:rFonts w:ascii="BIZ UDP明朝 Medium" w:eastAsia="BIZ UDP明朝 Medium" w:hAnsi="BIZ UDP明朝 Medium"/>
          <w:bCs/>
          <w:lang w:eastAsia="ja-JP"/>
        </w:rPr>
      </w:pPr>
    </w:p>
    <w:p w14:paraId="428A05E9" w14:textId="40F04FEF" w:rsidR="003774CF" w:rsidRPr="007F5935" w:rsidRDefault="003774CF" w:rsidP="003774CF">
      <w:pPr>
        <w:rPr>
          <w:rFonts w:ascii="BIZ UDP明朝 Medium" w:eastAsia="BIZ UDP明朝 Medium" w:hAnsi="BIZ UDP明朝 Medium"/>
          <w:bCs/>
          <w:szCs w:val="20"/>
          <w:lang w:eastAsia="ja-JP"/>
        </w:rPr>
      </w:pPr>
      <w:r w:rsidRPr="007F5935">
        <w:rPr>
          <w:rFonts w:ascii="BIZ UDP明朝 Medium" w:eastAsia="BIZ UDP明朝 Medium" w:hAnsi="BIZ UDP明朝 Medium" w:hint="eastAsia"/>
          <w:bCs/>
          <w:szCs w:val="20"/>
          <w:lang w:eastAsia="ja-JP"/>
        </w:rPr>
        <w:t>２　確認事項</w:t>
      </w:r>
    </w:p>
    <w:p w14:paraId="0EB1E1AE" w14:textId="48895866" w:rsidR="003774CF" w:rsidRPr="007F5935" w:rsidRDefault="00F17B56" w:rsidP="003774CF">
      <w:pPr>
        <w:spacing w:after="0"/>
        <w:ind w:leftChars="103" w:left="566" w:hangingChars="180" w:hanging="360"/>
        <w:rPr>
          <w:rFonts w:ascii="BIZ UDP明朝 Medium" w:eastAsia="BIZ UDP明朝 Medium" w:hAnsi="BIZ UDP明朝 Medium"/>
          <w:bCs/>
          <w:szCs w:val="20"/>
          <w:lang w:eastAsia="ja-JP"/>
        </w:rPr>
      </w:pPr>
      <w:sdt>
        <w:sdtPr>
          <w:rPr>
            <w:rFonts w:ascii="BIZ UDP明朝 Medium" w:eastAsia="BIZ UDP明朝 Medium" w:hAnsi="BIZ UDP明朝 Medium" w:hint="eastAsia"/>
            <w:bCs/>
            <w:szCs w:val="20"/>
            <w:lang w:eastAsia="ja-JP"/>
          </w:rPr>
          <w:id w:val="-2066786941"/>
          <w14:checkbox>
            <w14:checked w14:val="0"/>
            <w14:checkedState w14:val="00FE" w14:font="Wingdings"/>
            <w14:uncheckedState w14:val="2610" w14:font="ＭＳ ゴシック"/>
          </w14:checkbox>
        </w:sdtPr>
        <w:sdtEndPr/>
        <w:sdtContent>
          <w:r w:rsidR="003774CF" w:rsidRPr="007F5935">
            <w:rPr>
              <w:rFonts w:ascii="ＭＳ ゴシック" w:eastAsia="ＭＳ ゴシック" w:hAnsi="ＭＳ ゴシック" w:hint="eastAsia"/>
              <w:bCs/>
              <w:szCs w:val="20"/>
              <w:lang w:eastAsia="ja-JP"/>
            </w:rPr>
            <w:t>☐</w:t>
          </w:r>
        </w:sdtContent>
      </w:sdt>
      <w:r w:rsidR="003774CF" w:rsidRPr="007F5935">
        <w:rPr>
          <w:rFonts w:ascii="BIZ UDP明朝 Medium" w:eastAsia="BIZ UDP明朝 Medium" w:hAnsi="BIZ UDP明朝 Medium" w:hint="eastAsia"/>
          <w:bCs/>
          <w:szCs w:val="20"/>
          <w:lang w:eastAsia="ja-JP"/>
        </w:rPr>
        <w:t xml:space="preserve">　</w:t>
      </w:r>
      <w:r>
        <w:rPr>
          <w:rFonts w:ascii="BIZ UDP明朝 Medium" w:eastAsia="BIZ UDP明朝 Medium" w:hAnsi="BIZ UDP明朝 Medium" w:hint="eastAsia"/>
          <w:bCs/>
          <w:szCs w:val="20"/>
          <w:lang w:eastAsia="ja-JP"/>
        </w:rPr>
        <w:t>申請日</w:t>
      </w:r>
      <w:r w:rsidR="003774CF" w:rsidRPr="007F5935">
        <w:rPr>
          <w:rFonts w:ascii="BIZ UDP明朝 Medium" w:eastAsia="BIZ UDP明朝 Medium" w:hAnsi="BIZ UDP明朝 Medium"/>
          <w:bCs/>
          <w:szCs w:val="20"/>
          <w:lang w:eastAsia="ja-JP"/>
        </w:rPr>
        <w:t>以前から事業用車両として使用（稼働）しており、以後も継続して使用（稼働）している。</w:t>
      </w:r>
    </w:p>
    <w:p w14:paraId="2E2BE488" w14:textId="44605CBD" w:rsidR="003774CF" w:rsidRPr="007F5935" w:rsidRDefault="00F17B56" w:rsidP="003774CF">
      <w:pPr>
        <w:spacing w:after="0"/>
        <w:ind w:leftChars="103" w:left="566" w:hangingChars="180" w:hanging="360"/>
        <w:rPr>
          <w:rFonts w:ascii="BIZ UDP明朝 Medium" w:eastAsia="BIZ UDP明朝 Medium" w:hAnsi="BIZ UDP明朝 Medium"/>
          <w:bCs/>
          <w:szCs w:val="20"/>
          <w:lang w:eastAsia="ja-JP"/>
        </w:rPr>
      </w:pPr>
      <w:sdt>
        <w:sdtPr>
          <w:rPr>
            <w:rFonts w:ascii="BIZ UDP明朝 Medium" w:eastAsia="BIZ UDP明朝 Medium" w:hAnsi="BIZ UDP明朝 Medium" w:hint="eastAsia"/>
            <w:bCs/>
            <w:szCs w:val="20"/>
            <w:lang w:eastAsia="ja-JP"/>
          </w:rPr>
          <w:id w:val="2121952746"/>
          <w14:checkbox>
            <w14:checked w14:val="0"/>
            <w14:checkedState w14:val="00FE" w14:font="Wingdings"/>
            <w14:uncheckedState w14:val="2610" w14:font="ＭＳ ゴシック"/>
          </w14:checkbox>
        </w:sdtPr>
        <w:sdtEndPr/>
        <w:sdtContent>
          <w:r w:rsidR="003774CF" w:rsidRPr="007F5935">
            <w:rPr>
              <w:rFonts w:ascii="ＭＳ ゴシック" w:eastAsia="ＭＳ ゴシック" w:hAnsi="ＭＳ ゴシック" w:hint="eastAsia"/>
              <w:bCs/>
              <w:szCs w:val="20"/>
              <w:lang w:eastAsia="ja-JP"/>
            </w:rPr>
            <w:t>☐</w:t>
          </w:r>
        </w:sdtContent>
      </w:sdt>
      <w:r w:rsidR="003774CF" w:rsidRPr="007F5935">
        <w:rPr>
          <w:rFonts w:ascii="BIZ UDP明朝 Medium" w:eastAsia="BIZ UDP明朝 Medium" w:hAnsi="BIZ UDP明朝 Medium" w:hint="eastAsia"/>
          <w:bCs/>
          <w:szCs w:val="20"/>
          <w:lang w:eastAsia="ja-JP"/>
        </w:rPr>
        <w:t xml:space="preserve">　</w:t>
      </w:r>
      <w:r w:rsidR="003774CF" w:rsidRPr="007F5935">
        <w:rPr>
          <w:rFonts w:ascii="BIZ UDP明朝 Medium" w:eastAsia="BIZ UDP明朝 Medium" w:hAnsi="BIZ UDP明朝 Medium"/>
          <w:bCs/>
          <w:szCs w:val="20"/>
          <w:lang w:eastAsia="ja-JP"/>
        </w:rPr>
        <w:t>車検証の「使用者の住所」が佐世保市である。</w:t>
      </w:r>
    </w:p>
    <w:p w14:paraId="62699E1C" w14:textId="40AABD04" w:rsidR="00A36DEB" w:rsidRDefault="00F17B56" w:rsidP="00A36DEB">
      <w:pPr>
        <w:spacing w:after="0"/>
        <w:ind w:leftChars="103" w:left="566" w:hangingChars="180" w:hanging="360"/>
        <w:rPr>
          <w:rFonts w:ascii="BIZ UDP明朝 Medium" w:eastAsia="BIZ UDP明朝 Medium" w:hAnsi="BIZ UDP明朝 Medium"/>
          <w:bCs/>
          <w:szCs w:val="20"/>
          <w:lang w:eastAsia="ja-JP"/>
        </w:rPr>
      </w:pPr>
      <w:sdt>
        <w:sdtPr>
          <w:rPr>
            <w:rFonts w:ascii="BIZ UDP明朝 Medium" w:eastAsia="BIZ UDP明朝 Medium" w:hAnsi="BIZ UDP明朝 Medium" w:hint="eastAsia"/>
            <w:bCs/>
            <w:szCs w:val="20"/>
            <w:lang w:eastAsia="ja-JP"/>
          </w:rPr>
          <w:id w:val="-941680040"/>
          <w14:checkbox>
            <w14:checked w14:val="0"/>
            <w14:checkedState w14:val="00FE" w14:font="Wingdings"/>
            <w14:uncheckedState w14:val="2610" w14:font="ＭＳ ゴシック"/>
          </w14:checkbox>
        </w:sdtPr>
        <w:sdtEndPr/>
        <w:sdtContent>
          <w:r w:rsidR="003774CF" w:rsidRPr="007F5935">
            <w:rPr>
              <w:rFonts w:ascii="ＭＳ ゴシック" w:eastAsia="ＭＳ ゴシック" w:hAnsi="ＭＳ ゴシック" w:hint="eastAsia"/>
              <w:bCs/>
              <w:szCs w:val="20"/>
              <w:lang w:eastAsia="ja-JP"/>
            </w:rPr>
            <w:t>☐</w:t>
          </w:r>
        </w:sdtContent>
      </w:sdt>
      <w:r w:rsidR="003774CF" w:rsidRPr="007F5935">
        <w:rPr>
          <w:rFonts w:ascii="BIZ UDP明朝 Medium" w:eastAsia="BIZ UDP明朝 Medium" w:hAnsi="BIZ UDP明朝 Medium" w:hint="eastAsia"/>
          <w:bCs/>
          <w:szCs w:val="20"/>
          <w:lang w:eastAsia="ja-JP"/>
        </w:rPr>
        <w:t xml:space="preserve">　</w:t>
      </w:r>
      <w:r w:rsidR="003774CF" w:rsidRPr="007F5935">
        <w:rPr>
          <w:rFonts w:ascii="BIZ UDP明朝 Medium" w:eastAsia="BIZ UDP明朝 Medium" w:hAnsi="BIZ UDP明朝 Medium"/>
          <w:bCs/>
          <w:szCs w:val="20"/>
          <w:lang w:eastAsia="ja-JP"/>
        </w:rPr>
        <w:t>貨物自動車運送事業者においては、車検証の「用途」が貨物である。</w:t>
      </w:r>
    </w:p>
    <w:p w14:paraId="59F29B32" w14:textId="076B1829" w:rsidR="00A36DEB" w:rsidRDefault="00A36DEB" w:rsidP="003774CF">
      <w:pPr>
        <w:spacing w:after="0"/>
        <w:rPr>
          <w:rFonts w:ascii="BIZ UDP明朝 Medium" w:eastAsia="BIZ UDP明朝 Medium" w:hAnsi="BIZ UDP明朝 Medium"/>
          <w:bCs/>
          <w:szCs w:val="20"/>
          <w:lang w:eastAsia="ja-JP"/>
        </w:rPr>
        <w:sectPr w:rsidR="00A36DEB" w:rsidSect="00A36DEB">
          <w:headerReference w:type="default" r:id="rId8"/>
          <w:pgSz w:w="12240" w:h="15840"/>
          <w:pgMar w:top="851" w:right="1701" w:bottom="567" w:left="1701" w:header="720" w:footer="720" w:gutter="0"/>
          <w:cols w:space="720"/>
          <w:docGrid w:linePitch="360"/>
        </w:sectPr>
      </w:pPr>
      <w:r>
        <w:rPr>
          <w:rFonts w:ascii="BIZ UDP明朝 Medium" w:eastAsia="BIZ UDP明朝 Medium" w:hAnsi="BIZ UDP明朝 Medium"/>
          <w:bCs/>
          <w:szCs w:val="20"/>
          <w:lang w:eastAsia="ja-JP"/>
        </w:rPr>
        <w:br w:type="page"/>
      </w:r>
    </w:p>
    <w:p w14:paraId="6C28F277" w14:textId="4C4E408D" w:rsidR="007C3753" w:rsidRPr="007F5935" w:rsidRDefault="003774CF" w:rsidP="003774CF">
      <w:pPr>
        <w:spacing w:after="0"/>
        <w:rPr>
          <w:rFonts w:ascii="BIZ UDP明朝 Medium" w:eastAsia="BIZ UDP明朝 Medium" w:hAnsi="BIZ UDP明朝 Medium"/>
          <w:bCs/>
          <w:szCs w:val="20"/>
          <w:lang w:eastAsia="ja-JP"/>
        </w:rPr>
      </w:pPr>
      <w:r w:rsidRPr="007F5935">
        <w:rPr>
          <w:rFonts w:ascii="BIZ UDP明朝 Medium" w:eastAsia="BIZ UDP明朝 Medium" w:hAnsi="BIZ UDP明朝 Medium" w:hint="eastAsia"/>
          <w:bCs/>
          <w:szCs w:val="20"/>
          <w:lang w:eastAsia="ja-JP"/>
        </w:rPr>
        <w:lastRenderedPageBreak/>
        <w:t xml:space="preserve">３　</w:t>
      </w:r>
      <w:r w:rsidR="007F5935" w:rsidRPr="007F5935">
        <w:rPr>
          <w:rFonts w:ascii="BIZ UDP明朝 Medium" w:eastAsia="BIZ UDP明朝 Medium" w:hAnsi="BIZ UDP明朝 Medium" w:hint="eastAsia"/>
          <w:bCs/>
          <w:szCs w:val="20"/>
          <w:lang w:eastAsia="ja-JP"/>
        </w:rPr>
        <w:t>宣誓・同意</w:t>
      </w:r>
      <w:r w:rsidRPr="007F5935">
        <w:rPr>
          <w:rFonts w:ascii="BIZ UDP明朝 Medium" w:eastAsia="BIZ UDP明朝 Medium" w:hAnsi="BIZ UDP明朝 Medium" w:hint="eastAsia"/>
          <w:bCs/>
          <w:szCs w:val="20"/>
          <w:lang w:eastAsia="ja-JP"/>
        </w:rPr>
        <w:t>事項</w:t>
      </w:r>
    </w:p>
    <w:p w14:paraId="51D979B5" w14:textId="6C6A26EF" w:rsidR="003774CF" w:rsidRPr="007F5935" w:rsidRDefault="003774CF" w:rsidP="003774CF">
      <w:pPr>
        <w:ind w:leftChars="100" w:left="200"/>
        <w:rPr>
          <w:rFonts w:ascii="BIZ UDP明朝 Medium" w:eastAsia="BIZ UDP明朝 Medium" w:hAnsi="BIZ UDP明朝 Medium"/>
          <w:bCs/>
          <w:szCs w:val="20"/>
          <w:lang w:eastAsia="ja-JP"/>
        </w:rPr>
      </w:pPr>
      <w:r w:rsidRPr="007F5935">
        <w:rPr>
          <w:rFonts w:ascii="BIZ UDP明朝 Medium" w:eastAsia="BIZ UDP明朝 Medium" w:hAnsi="BIZ UDP明朝 Medium" w:hint="eastAsia"/>
          <w:bCs/>
          <w:szCs w:val="20"/>
          <w:lang w:eastAsia="ja-JP"/>
        </w:rPr>
        <w:t>次の項目に宣誓または同意する場合に</w:t>
      </w:r>
      <w:r w:rsidRPr="007F5935">
        <w:rPr>
          <w:rFonts w:ascii="Segoe UI Symbol" w:eastAsia="BIZ UDP明朝 Medium" w:hAnsi="Segoe UI Symbol" w:cs="Segoe UI Symbol"/>
          <w:bCs/>
          <w:szCs w:val="20"/>
          <w:lang w:eastAsia="ja-JP"/>
        </w:rPr>
        <w:t>☑</w:t>
      </w:r>
      <w:r w:rsidRPr="007F5935">
        <w:rPr>
          <w:rFonts w:ascii="Segoe UI Symbol" w:eastAsia="BIZ UDP明朝 Medium" w:hAnsi="Segoe UI Symbol" w:cs="Segoe UI Symbol" w:hint="eastAsia"/>
          <w:bCs/>
          <w:szCs w:val="20"/>
          <w:lang w:eastAsia="ja-JP"/>
        </w:rPr>
        <w:t>の印を記入</w:t>
      </w:r>
      <w:r w:rsidRPr="007F5935">
        <w:rPr>
          <w:rFonts w:ascii="BIZ UDP明朝 Medium" w:eastAsia="BIZ UDP明朝 Medium" w:hAnsi="BIZ UDP明朝 Medium"/>
          <w:bCs/>
          <w:szCs w:val="20"/>
          <w:lang w:eastAsia="ja-JP"/>
        </w:rPr>
        <w:t>してください。</w:t>
      </w:r>
      <w:r w:rsidRPr="007F5935">
        <w:rPr>
          <w:rFonts w:ascii="BIZ UDP明朝 Medium" w:eastAsia="BIZ UDP明朝 Medium" w:hAnsi="BIZ UDP明朝 Medium" w:hint="eastAsia"/>
          <w:bCs/>
          <w:szCs w:val="20"/>
          <w:lang w:eastAsia="ja-JP"/>
        </w:rPr>
        <w:t xml:space="preserve">　</w:t>
      </w:r>
      <w:r w:rsidR="00A36DEB">
        <w:rPr>
          <w:rFonts w:ascii="BIZ UDP明朝 Medium" w:eastAsia="BIZ UDP明朝 Medium" w:hAnsi="BIZ UDP明朝 Medium" w:hint="eastAsia"/>
          <w:bCs/>
          <w:szCs w:val="20"/>
          <w:lang w:eastAsia="ja-JP"/>
        </w:rPr>
        <w:t>（</w:t>
      </w:r>
      <w:r w:rsidRPr="007F5935">
        <w:rPr>
          <w:rFonts w:ascii="BIZ UDP明朝 Medium" w:eastAsia="BIZ UDP明朝 Medium" w:hAnsi="BIZ UDP明朝 Medium" w:hint="eastAsia"/>
          <w:bCs/>
          <w:szCs w:val="20"/>
          <w:lang w:eastAsia="ja-JP"/>
        </w:rPr>
        <w:t>全ての項目に</w:t>
      </w:r>
      <w:r w:rsidRPr="007F5935">
        <w:rPr>
          <w:rFonts w:ascii="Segoe UI Symbol" w:eastAsia="BIZ UDP明朝 Medium" w:hAnsi="Segoe UI Symbol" w:cs="Segoe UI Symbol"/>
          <w:bCs/>
          <w:szCs w:val="20"/>
          <w:lang w:eastAsia="ja-JP"/>
        </w:rPr>
        <w:t>☑</w:t>
      </w:r>
      <w:r w:rsidRPr="007F5935">
        <w:rPr>
          <w:rFonts w:ascii="BIZ UDP明朝 Medium" w:eastAsia="BIZ UDP明朝 Medium" w:hAnsi="BIZ UDP明朝 Medium"/>
          <w:bCs/>
          <w:szCs w:val="20"/>
          <w:lang w:eastAsia="ja-JP"/>
        </w:rPr>
        <w:t>の印が必要です。</w:t>
      </w:r>
      <w:r w:rsidR="00A36DEB">
        <w:rPr>
          <w:rFonts w:ascii="BIZ UDP明朝 Medium" w:eastAsia="BIZ UDP明朝 Medium" w:hAnsi="BIZ UDP明朝 Medium" w:hint="eastAsia"/>
          <w:bCs/>
          <w:szCs w:val="20"/>
          <w:lang w:eastAsia="ja-JP"/>
        </w:rPr>
        <w:t>）</w:t>
      </w:r>
    </w:p>
    <w:p w14:paraId="3B2DED62" w14:textId="398615F7"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762142048"/>
          <w14:checkbox>
            <w14:checked w14:val="0"/>
            <w14:checkedState w14:val="00FE" w14:font="Wingdings"/>
            <w14:uncheckedState w14:val="2610" w14:font="ＭＳ ゴシック"/>
          </w14:checkbox>
        </w:sdtPr>
        <w:sdtEndPr/>
        <w:sdtContent>
          <w:r w:rsidR="0021716B" w:rsidRPr="007F5935">
            <w:rPr>
              <w:rFonts w:ascii="Segoe UI Symbol" w:eastAsia="BIZ UDP明朝 Medium" w:hAnsi="Segoe UI Symbol" w:cs="Segoe UI Symbol"/>
              <w:bCs/>
            </w:rPr>
            <w:t>☐</w:t>
          </w:r>
        </w:sdtContent>
      </w:sdt>
      <w:r w:rsidR="00635458" w:rsidRPr="007F5935">
        <w:rPr>
          <w:rFonts w:ascii="BIZ UDP明朝 Medium" w:eastAsia="BIZ UDP明朝 Medium" w:hAnsi="BIZ UDP明朝 Medium" w:hint="eastAsia"/>
          <w:bCs/>
        </w:rPr>
        <w:t xml:space="preserve">　</w:t>
      </w:r>
      <w:r>
        <w:rPr>
          <w:rFonts w:ascii="BIZ UDP明朝 Medium" w:eastAsia="BIZ UDP明朝 Medium" w:hAnsi="BIZ UDP明朝 Medium" w:hint="eastAsia"/>
          <w:bCs/>
        </w:rPr>
        <w:t>申請日</w:t>
      </w:r>
      <w:r w:rsidR="003774CF" w:rsidRPr="007F5935">
        <w:rPr>
          <w:rFonts w:ascii="BIZ UDP明朝 Medium" w:eastAsia="BIZ UDP明朝 Medium" w:hAnsi="BIZ UDP明朝 Medium"/>
          <w:bCs/>
        </w:rPr>
        <w:t>以前から、</w:t>
      </w:r>
      <w:r w:rsidRPr="007F5935">
        <w:rPr>
          <w:rFonts w:ascii="BIZ UDP明朝 Medium" w:eastAsia="BIZ UDP明朝 Medium" w:hAnsi="BIZ UDP明朝 Medium"/>
          <w:bCs/>
        </w:rPr>
        <w:t>事業に必要な許可等を全て有したうえで</w:t>
      </w:r>
      <w:r>
        <w:rPr>
          <w:rFonts w:ascii="BIZ UDP明朝 Medium" w:eastAsia="BIZ UDP明朝 Medium" w:hAnsi="BIZ UDP明朝 Medium" w:hint="eastAsia"/>
          <w:bCs/>
        </w:rPr>
        <w:t>、</w:t>
      </w:r>
      <w:r w:rsidR="002E534F" w:rsidRPr="002E534F">
        <w:rPr>
          <w:rFonts w:ascii="BIZ UDP明朝 Medium" w:eastAsia="BIZ UDP明朝 Medium" w:hAnsi="BIZ UDP明朝 Medium"/>
          <w:bCs/>
        </w:rPr>
        <w:t>申請区分に係る貨物自動車運送事業を営んでおり</w:t>
      </w:r>
      <w:r w:rsidR="003774CF" w:rsidRPr="007F5935">
        <w:rPr>
          <w:rFonts w:ascii="BIZ UDP明朝 Medium" w:eastAsia="BIZ UDP明朝 Medium" w:hAnsi="BIZ UDP明朝 Medium"/>
          <w:bCs/>
        </w:rPr>
        <w:t>、今後も事業継続の意思があることを認めます。</w:t>
      </w:r>
    </w:p>
    <w:p w14:paraId="414E1345" w14:textId="1B4634E6"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672107852"/>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w:t>
      </w:r>
      <w:r w:rsidR="003774CF" w:rsidRPr="007F5935">
        <w:rPr>
          <w:rFonts w:ascii="BIZ UDP明朝 Medium" w:eastAsia="BIZ UDP明朝 Medium" w:hAnsi="BIZ UDP明朝 Medium"/>
          <w:bCs/>
        </w:rPr>
        <w:t>「</w:t>
      </w:r>
      <w:r>
        <w:rPr>
          <w:rFonts w:ascii="BIZ UDP明朝 Medium" w:eastAsia="BIZ UDP明朝 Medium" w:hAnsi="BIZ UDP明朝 Medium" w:hint="eastAsia"/>
          <w:bCs/>
        </w:rPr>
        <w:t>エコタイヤ装着</w:t>
      </w:r>
      <w:r w:rsidR="003774CF" w:rsidRPr="007F5935">
        <w:rPr>
          <w:rFonts w:ascii="BIZ UDP明朝 Medium" w:eastAsia="BIZ UDP明朝 Medium" w:hAnsi="BIZ UDP明朝 Medium"/>
          <w:bCs/>
        </w:rPr>
        <w:t>車両・購入予定タイヤ内訳書</w:t>
      </w:r>
      <w:r w:rsidR="003774CF" w:rsidRPr="007F5935">
        <w:rPr>
          <w:rFonts w:ascii="BIZ UDP明朝 Medium" w:eastAsia="BIZ UDP明朝 Medium" w:hAnsi="BIZ UDP明朝 Medium" w:hint="eastAsia"/>
          <w:bCs/>
        </w:rPr>
        <w:t>（様式第２号）</w:t>
      </w:r>
      <w:r w:rsidR="003774CF" w:rsidRPr="007F5935">
        <w:rPr>
          <w:rFonts w:ascii="BIZ UDP明朝 Medium" w:eastAsia="BIZ UDP明朝 Medium" w:hAnsi="BIZ UDP明朝 Medium"/>
          <w:bCs/>
        </w:rPr>
        <w:t>」に記載の車両は、申請者が営む貨物自動車運送事業</w:t>
      </w:r>
      <w:r w:rsidR="003774CF" w:rsidRPr="007F5935">
        <w:rPr>
          <w:rFonts w:ascii="BIZ UDP明朝 Medium" w:eastAsia="BIZ UDP明朝 Medium" w:hAnsi="BIZ UDP明朝 Medium" w:hint="eastAsia"/>
          <w:bCs/>
        </w:rPr>
        <w:t>及び</w:t>
      </w:r>
      <w:r w:rsidR="003774CF" w:rsidRPr="007F5935">
        <w:rPr>
          <w:rFonts w:ascii="BIZ UDP明朝 Medium" w:eastAsia="BIZ UDP明朝 Medium" w:hAnsi="BIZ UDP明朝 Medium"/>
          <w:bCs/>
        </w:rPr>
        <w:t>貨物軽自動車運送事業の用に供するため、</w:t>
      </w:r>
      <w:r>
        <w:rPr>
          <w:rFonts w:ascii="BIZ UDP明朝 Medium" w:eastAsia="BIZ UDP明朝 Medium" w:hAnsi="BIZ UDP明朝 Medium" w:hint="eastAsia"/>
          <w:bCs/>
        </w:rPr>
        <w:t>申請日以前</w:t>
      </w:r>
      <w:r w:rsidR="003774CF" w:rsidRPr="007F5935">
        <w:rPr>
          <w:rFonts w:ascii="BIZ UDP明朝 Medium" w:eastAsia="BIZ UDP明朝 Medium" w:hAnsi="BIZ UDP明朝 Medium"/>
          <w:bCs/>
        </w:rPr>
        <w:t>から申請者が所有または使用している車両です。</w:t>
      </w:r>
    </w:p>
    <w:p w14:paraId="5E019989" w14:textId="015762B4" w:rsidR="00735594"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695471349"/>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w:t>
      </w:r>
      <w:r w:rsidR="0021716B" w:rsidRPr="007F5935">
        <w:rPr>
          <w:rFonts w:ascii="BIZ UDP明朝 Medium" w:eastAsia="BIZ UDP明朝 Medium" w:hAnsi="BIZ UDP明朝 Medium"/>
          <w:bCs/>
        </w:rPr>
        <w:t>本申請に係る対象タイヤは、交付決定後に購入し</w:t>
      </w:r>
      <w:r w:rsidR="00635458" w:rsidRPr="007F5935">
        <w:rPr>
          <w:rFonts w:ascii="BIZ UDP明朝 Medium" w:eastAsia="BIZ UDP明朝 Medium" w:hAnsi="BIZ UDP明朝 Medium" w:hint="eastAsia"/>
          <w:bCs/>
        </w:rPr>
        <w:t>ます。</w:t>
      </w:r>
      <w:r w:rsidR="0021716B" w:rsidRPr="007F5935">
        <w:rPr>
          <w:rFonts w:ascii="BIZ UDP明朝 Medium" w:eastAsia="BIZ UDP明朝 Medium" w:hAnsi="BIZ UDP明朝 Medium"/>
          <w:bCs/>
        </w:rPr>
        <w:t>交付決定前に購入したタイヤは補助対象とならないことを了承します。</w:t>
      </w:r>
    </w:p>
    <w:p w14:paraId="0971D735" w14:textId="6D6FDAB4" w:rsidR="00635458"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768315349"/>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中小企業基本法（昭和</w:t>
      </w:r>
      <w:r w:rsidR="00635458" w:rsidRPr="007F5935">
        <w:rPr>
          <w:rFonts w:ascii="BIZ UDP明朝 Medium" w:eastAsia="BIZ UDP明朝 Medium" w:hAnsi="BIZ UDP明朝 Medium"/>
          <w:bCs/>
        </w:rPr>
        <w:t>38年法律第154号）に規定する中小企業者に該当します（大企業に該当</w:t>
      </w:r>
      <w:r w:rsidR="00635458" w:rsidRPr="007F5935">
        <w:rPr>
          <w:rFonts w:ascii="BIZ UDP明朝 Medium" w:eastAsia="BIZ UDP明朝 Medium" w:hAnsi="BIZ UDP明朝 Medium" w:hint="eastAsia"/>
          <w:bCs/>
        </w:rPr>
        <w:t>しません）。※大企業の定義：資本金３億円超かつ従業員</w:t>
      </w:r>
      <w:r w:rsidR="00635458" w:rsidRPr="007F5935">
        <w:rPr>
          <w:rFonts w:ascii="BIZ UDP明朝 Medium" w:eastAsia="BIZ UDP明朝 Medium" w:hAnsi="BIZ UDP明朝 Medium"/>
          <w:bCs/>
        </w:rPr>
        <w:t>300人超</w:t>
      </w:r>
    </w:p>
    <w:p w14:paraId="7A4B86C6" w14:textId="518CEA64" w:rsidR="000F6CF7" w:rsidRPr="000F6CF7" w:rsidRDefault="00F17B56" w:rsidP="000F6CF7">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2096898245"/>
          <w14:checkbox>
            <w14:checked w14:val="0"/>
            <w14:checkedState w14:val="00FE" w14:font="Wingdings"/>
            <w14:uncheckedState w14:val="2610" w14:font="ＭＳ ゴシック"/>
          </w14:checkbox>
        </w:sdtPr>
        <w:sdtEndPr/>
        <w:sdtContent>
          <w:r w:rsidR="000F6CF7" w:rsidRPr="007F5935">
            <w:rPr>
              <w:rFonts w:ascii="Segoe UI Symbol" w:eastAsia="BIZ UDP明朝 Medium" w:hAnsi="Segoe UI Symbol" w:cs="Segoe UI Symbol"/>
              <w:bCs/>
            </w:rPr>
            <w:t>☐</w:t>
          </w:r>
        </w:sdtContent>
      </w:sdt>
      <w:r w:rsidR="000F6CF7" w:rsidRPr="007F5935">
        <w:rPr>
          <w:rFonts w:ascii="BIZ UDP明朝 Medium" w:eastAsia="BIZ UDP明朝 Medium" w:hAnsi="BIZ UDP明朝 Medium" w:hint="eastAsia"/>
          <w:bCs/>
        </w:rPr>
        <w:t xml:space="preserve">　</w:t>
      </w:r>
      <w:r w:rsidR="000F6CF7" w:rsidRPr="007F5935">
        <w:rPr>
          <w:rFonts w:ascii="BIZ UDP明朝 Medium" w:eastAsia="BIZ UDP明朝 Medium" w:hAnsi="BIZ UDP明朝 Medium"/>
          <w:bCs/>
        </w:rPr>
        <w:t>補助事業完了後、３０日以内又は</w:t>
      </w:r>
      <w:r w:rsidR="000F6CF7">
        <w:rPr>
          <w:rFonts w:ascii="BIZ UDP明朝 Medium" w:eastAsia="BIZ UDP明朝 Medium" w:hAnsi="BIZ UDP明朝 Medium" w:hint="eastAsia"/>
          <w:bCs/>
        </w:rPr>
        <w:t>令和９年</w:t>
      </w:r>
      <w:r>
        <w:rPr>
          <w:rFonts w:ascii="BIZ UDP明朝 Medium" w:eastAsia="BIZ UDP明朝 Medium" w:hAnsi="BIZ UDP明朝 Medium" w:hint="eastAsia"/>
          <w:bCs/>
        </w:rPr>
        <w:t>２</w:t>
      </w:r>
      <w:r w:rsidR="000F6CF7" w:rsidRPr="007F5935">
        <w:rPr>
          <w:rFonts w:ascii="BIZ UDP明朝 Medium" w:eastAsia="BIZ UDP明朝 Medium" w:hAnsi="BIZ UDP明朝 Medium"/>
          <w:bCs/>
        </w:rPr>
        <w:t>月</w:t>
      </w:r>
      <w:r>
        <w:rPr>
          <w:rFonts w:ascii="BIZ UDP明朝 Medium" w:eastAsia="BIZ UDP明朝 Medium" w:hAnsi="BIZ UDP明朝 Medium" w:hint="eastAsia"/>
          <w:bCs/>
        </w:rPr>
        <w:t>１２</w:t>
      </w:r>
      <w:r w:rsidR="000F6CF7" w:rsidRPr="007F5935">
        <w:rPr>
          <w:rFonts w:ascii="BIZ UDP明朝 Medium" w:eastAsia="BIZ UDP明朝 Medium" w:hAnsi="BIZ UDP明朝 Medium"/>
          <w:bCs/>
        </w:rPr>
        <w:t>日のいずれか早い日までに実績報告書等を提出します。</w:t>
      </w:r>
    </w:p>
    <w:p w14:paraId="092A96B0" w14:textId="34F8A6EA"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977131390"/>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市税の滞納はありません（または市から納付の猶予を受けています）。また、市税の納付状況について、市長が指名する職員が確認することを委任します。</w:t>
      </w:r>
    </w:p>
    <w:p w14:paraId="1FB13488" w14:textId="0D354AD6"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316140966"/>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この申請に関し、全ての申請要件を満たしています。もし、申請書類に記載された内容に虚偽が判明した場合は、</w:t>
      </w:r>
      <w:r w:rsidR="00C33EEE">
        <w:rPr>
          <w:rFonts w:ascii="BIZ UDP明朝 Medium" w:eastAsia="BIZ UDP明朝 Medium" w:hAnsi="BIZ UDP明朝 Medium" w:hint="eastAsia"/>
          <w:bCs/>
        </w:rPr>
        <w:t>交付決定</w:t>
      </w:r>
      <w:r w:rsidR="00635458" w:rsidRPr="007F5935">
        <w:rPr>
          <w:rFonts w:ascii="BIZ UDP明朝 Medium" w:eastAsia="BIZ UDP明朝 Medium" w:hAnsi="BIZ UDP明朝 Medium" w:hint="eastAsia"/>
          <w:bCs/>
        </w:rPr>
        <w:t>の取消や</w:t>
      </w:r>
      <w:r w:rsidR="00C33EEE">
        <w:rPr>
          <w:rFonts w:ascii="BIZ UDP明朝 Medium" w:eastAsia="BIZ UDP明朝 Medium" w:hAnsi="BIZ UDP明朝 Medium" w:hint="eastAsia"/>
          <w:bCs/>
        </w:rPr>
        <w:t>補助金</w:t>
      </w:r>
      <w:r w:rsidR="00635458" w:rsidRPr="007F5935">
        <w:rPr>
          <w:rFonts w:ascii="BIZ UDP明朝 Medium" w:eastAsia="BIZ UDP明朝 Medium" w:hAnsi="BIZ UDP明朝 Medium" w:hint="eastAsia"/>
          <w:bCs/>
        </w:rPr>
        <w:t>の返還等に応じます。また、この取消等により当方が不利益を被ることとなっても、異議は一切申し立てません。</w:t>
      </w:r>
    </w:p>
    <w:p w14:paraId="6B0815CC" w14:textId="113C4437"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54382386"/>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申請内容に不正があった場合、必要がある場合には、</w:t>
      </w:r>
      <w:r w:rsidR="00C33EEE">
        <w:rPr>
          <w:rFonts w:ascii="BIZ UDP明朝 Medium" w:eastAsia="BIZ UDP明朝 Medium" w:hAnsi="BIZ UDP明朝 Medium" w:hint="eastAsia"/>
          <w:bCs/>
        </w:rPr>
        <w:t>補助金</w:t>
      </w:r>
      <w:r w:rsidR="00635458" w:rsidRPr="007F5935">
        <w:rPr>
          <w:rFonts w:ascii="BIZ UDP明朝 Medium" w:eastAsia="BIZ UDP明朝 Medium" w:hAnsi="BIZ UDP明朝 Medium" w:hint="eastAsia"/>
          <w:bCs/>
        </w:rPr>
        <w:t>の給付を受けた事業者名や対象施設名等の情報が公表されることに同意します。</w:t>
      </w:r>
    </w:p>
    <w:p w14:paraId="510870A7" w14:textId="77777777"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618031172"/>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代表者、役員または使用人その他の従業員等が、暴力団員による不当な行為の防止等に関する法律（平成３年法律第</w:t>
      </w:r>
      <w:r w:rsidR="00635458" w:rsidRPr="007F5935">
        <w:rPr>
          <w:rFonts w:ascii="BIZ UDP明朝 Medium" w:eastAsia="BIZ UDP明朝 Medium" w:hAnsi="BIZ UDP明朝 Medium"/>
          <w:bCs/>
        </w:rPr>
        <w:t>77号）第２条第２号に規定する暴力団、同法第２条第６号に規定する暴力団員、及び暴力団または暴力団員と社会的に非難されるべき関係を有する者に該当しません。</w:t>
      </w:r>
    </w:p>
    <w:p w14:paraId="1DD73298" w14:textId="527ACEDA" w:rsidR="00635458"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750270144"/>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本</w:t>
      </w:r>
      <w:r w:rsidR="00C33EEE">
        <w:rPr>
          <w:rFonts w:ascii="BIZ UDP明朝 Medium" w:eastAsia="BIZ UDP明朝 Medium" w:hAnsi="BIZ UDP明朝 Medium" w:hint="eastAsia"/>
          <w:bCs/>
        </w:rPr>
        <w:t>補助金</w:t>
      </w:r>
      <w:r w:rsidR="00635458" w:rsidRPr="007F5935">
        <w:rPr>
          <w:rFonts w:ascii="BIZ UDP明朝 Medium" w:eastAsia="BIZ UDP明朝 Medium" w:hAnsi="BIZ UDP明朝 Medium" w:hint="eastAsia"/>
          <w:bCs/>
        </w:rPr>
        <w:t>の審査に当たり、佐世保市が長崎運輸支局または長崎県警察に対し、貨物自動車運送事業に関する許可等の状況を確認する場合があることについて同意します。</w:t>
      </w:r>
    </w:p>
    <w:p w14:paraId="69580654" w14:textId="524FB2AC" w:rsidR="00735594" w:rsidRPr="007F5935" w:rsidRDefault="00F17B56" w:rsidP="00635458">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948392159"/>
          <w14:checkbox>
            <w14:checked w14:val="0"/>
            <w14:checkedState w14:val="00FE" w14:font="Wingdings"/>
            <w14:uncheckedState w14:val="2610" w14:font="ＭＳ ゴシック"/>
          </w14:checkbox>
        </w:sdtPr>
        <w:sdtEndPr/>
        <w:sdtContent>
          <w:r w:rsidR="00635458" w:rsidRPr="007F5935">
            <w:rPr>
              <w:rFonts w:ascii="ＭＳ ゴシック" w:eastAsia="ＭＳ ゴシック" w:hAnsi="ＭＳ ゴシック" w:hint="eastAsia"/>
              <w:bCs/>
            </w:rPr>
            <w:t>☐</w:t>
          </w:r>
        </w:sdtContent>
      </w:sdt>
      <w:r w:rsidR="00635458" w:rsidRPr="007F5935">
        <w:rPr>
          <w:rFonts w:ascii="BIZ UDP明朝 Medium" w:eastAsia="BIZ UDP明朝 Medium" w:hAnsi="BIZ UDP明朝 Medium" w:hint="eastAsia"/>
          <w:bCs/>
        </w:rPr>
        <w:t xml:space="preserve">　申請書類に記載の情報を、公的機関（税務当局、警察等）から法令等に基づき提供要請があった場合に提供する場合があることについて同意します。</w:t>
      </w:r>
    </w:p>
    <w:p w14:paraId="5095EB70" w14:textId="4E3ED1DC" w:rsidR="007F5935" w:rsidRDefault="00F17B56" w:rsidP="007F5935">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246622668"/>
          <w14:checkbox>
            <w14:checked w14:val="0"/>
            <w14:checkedState w14:val="00FE" w14:font="Wingdings"/>
            <w14:uncheckedState w14:val="2610" w14:font="ＭＳ ゴシック"/>
          </w14:checkbox>
        </w:sdtPr>
        <w:sdtEndPr/>
        <w:sdtContent>
          <w:r w:rsidR="0021716B" w:rsidRPr="007F5935">
            <w:rPr>
              <w:rFonts w:ascii="Segoe UI Symbol" w:eastAsia="BIZ UDP明朝 Medium" w:hAnsi="Segoe UI Symbol" w:cs="Segoe UI Symbol"/>
              <w:bCs/>
            </w:rPr>
            <w:t>☐</w:t>
          </w:r>
        </w:sdtContent>
      </w:sdt>
      <w:r w:rsidR="00987A89" w:rsidRPr="007F5935">
        <w:rPr>
          <w:rFonts w:ascii="BIZ UDP明朝 Medium" w:eastAsia="BIZ UDP明朝 Medium" w:hAnsi="BIZ UDP明朝 Medium" w:hint="eastAsia"/>
          <w:bCs/>
        </w:rPr>
        <w:t xml:space="preserve">　</w:t>
      </w:r>
      <w:r w:rsidR="000F6CF7" w:rsidRPr="000F6CF7">
        <w:rPr>
          <w:rFonts w:ascii="BIZ UDP明朝 Medium" w:eastAsia="BIZ UDP明朝 Medium" w:hAnsi="BIZ UDP明朝 Medium"/>
          <w:bCs/>
        </w:rPr>
        <w:t>私は、「佐世保市暴力団排除条例（平成２４年条例第１号）」（以下「暴力団排除条例」という。）に規定された暴力団又は暴力団員ではありません。</w:t>
      </w:r>
    </w:p>
    <w:p w14:paraId="0CC0B382" w14:textId="77777777" w:rsidR="000F6CF7" w:rsidRPr="000F6CF7" w:rsidRDefault="00F17B56" w:rsidP="000F6CF7">
      <w:pPr>
        <w:pStyle w:val="18"/>
        <w:spacing w:after="60"/>
        <w:ind w:leftChars="100" w:left="504" w:hangingChars="152" w:hanging="304"/>
        <w:rPr>
          <w:rFonts w:ascii="BIZ UDP明朝 Medium" w:eastAsia="BIZ UDP明朝 Medium" w:hAnsi="BIZ UDP明朝 Medium"/>
          <w:bCs/>
        </w:rPr>
      </w:pPr>
      <w:sdt>
        <w:sdtPr>
          <w:rPr>
            <w:rFonts w:ascii="BIZ UDP明朝 Medium" w:eastAsia="BIZ UDP明朝 Medium" w:hAnsi="BIZ UDP明朝 Medium" w:hint="eastAsia"/>
            <w:bCs/>
          </w:rPr>
          <w:id w:val="1524747425"/>
          <w14:checkbox>
            <w14:checked w14:val="0"/>
            <w14:checkedState w14:val="00FE" w14:font="Wingdings"/>
            <w14:uncheckedState w14:val="2610" w14:font="ＭＳ ゴシック"/>
          </w14:checkbox>
        </w:sdtPr>
        <w:sdtEndPr/>
        <w:sdtContent>
          <w:r w:rsidR="000F6CF7">
            <w:rPr>
              <w:rFonts w:ascii="ＭＳ ゴシック" w:eastAsia="ＭＳ ゴシック" w:hAnsi="ＭＳ ゴシック" w:hint="eastAsia"/>
              <w:bCs/>
            </w:rPr>
            <w:t>☐</w:t>
          </w:r>
        </w:sdtContent>
      </w:sdt>
      <w:r w:rsidR="000F6CF7">
        <w:rPr>
          <w:rFonts w:ascii="BIZ UDP明朝 Medium" w:eastAsia="BIZ UDP明朝 Medium" w:hAnsi="BIZ UDP明朝 Medium" w:hint="eastAsia"/>
          <w:bCs/>
        </w:rPr>
        <w:t xml:space="preserve">　</w:t>
      </w:r>
      <w:r w:rsidR="000F6CF7" w:rsidRPr="000F6CF7">
        <w:rPr>
          <w:rFonts w:ascii="BIZ UDP明朝 Medium" w:eastAsia="BIZ UDP明朝 Medium" w:hAnsi="BIZ UDP明朝 Medium" w:hint="eastAsia"/>
          <w:bCs/>
        </w:rPr>
        <w:t>私は、暴力団排除条例に規定された暴力団又は暴力団員と以下の関係を有する者ではありません。</w:t>
      </w:r>
    </w:p>
    <w:p w14:paraId="57B332DB" w14:textId="4CE4A439" w:rsidR="000F6CF7" w:rsidRPr="000F6CF7" w:rsidRDefault="000F6CF7" w:rsidP="000F6CF7">
      <w:pPr>
        <w:pStyle w:val="18"/>
        <w:numPr>
          <w:ilvl w:val="0"/>
          <w:numId w:val="12"/>
        </w:numPr>
        <w:spacing w:after="60"/>
        <w:ind w:left="851"/>
        <w:rPr>
          <w:rFonts w:ascii="BIZ UDP明朝 Medium" w:eastAsia="BIZ UDP明朝 Medium" w:hAnsi="BIZ UDP明朝 Medium"/>
          <w:bCs/>
        </w:rPr>
      </w:pPr>
      <w:r w:rsidRPr="000F6CF7">
        <w:rPr>
          <w:rFonts w:ascii="BIZ UDP明朝 Medium" w:eastAsia="BIZ UDP明朝 Medium" w:hAnsi="BIZ UDP明朝 Medium"/>
          <w:bCs/>
        </w:rPr>
        <w:t>正当な理由がなく暴力団の活動又は暴力団の活動を助長する活動に参加し、関与し、又は協力した者</w:t>
      </w:r>
    </w:p>
    <w:p w14:paraId="10B2D0FB" w14:textId="2A18EC32" w:rsidR="000F6CF7" w:rsidRPr="000F6CF7" w:rsidRDefault="000F6CF7" w:rsidP="000F6CF7">
      <w:pPr>
        <w:pStyle w:val="18"/>
        <w:numPr>
          <w:ilvl w:val="0"/>
          <w:numId w:val="12"/>
        </w:numPr>
        <w:spacing w:after="60"/>
        <w:ind w:left="851"/>
        <w:rPr>
          <w:rFonts w:ascii="BIZ UDP明朝 Medium" w:eastAsia="BIZ UDP明朝 Medium" w:hAnsi="BIZ UDP明朝 Medium"/>
          <w:bCs/>
        </w:rPr>
      </w:pPr>
      <w:r w:rsidRPr="000F6CF7">
        <w:rPr>
          <w:rFonts w:ascii="BIZ UDP明朝 Medium" w:eastAsia="BIZ UDP明朝 Medium" w:hAnsi="BIZ UDP明朝 Medium"/>
          <w:bCs/>
        </w:rPr>
        <w:t>暴力団員が役員(暴力団員による不当な行為の防止等に関する法律（平成３年法律第７７号)第９条第２１号ロに規定する役員をいう。）となっている事業者又は暴力団員により実質的にその運営を支配されている事業者</w:t>
      </w:r>
    </w:p>
    <w:p w14:paraId="44AA0069" w14:textId="79C21069" w:rsidR="000F6CF7" w:rsidRPr="000F6CF7" w:rsidRDefault="000F6CF7" w:rsidP="000F6CF7">
      <w:pPr>
        <w:pStyle w:val="18"/>
        <w:numPr>
          <w:ilvl w:val="0"/>
          <w:numId w:val="12"/>
        </w:numPr>
        <w:spacing w:after="60"/>
        <w:ind w:left="851"/>
        <w:rPr>
          <w:rFonts w:ascii="BIZ UDP明朝 Medium" w:eastAsia="BIZ UDP明朝 Medium" w:hAnsi="BIZ UDP明朝 Medium"/>
          <w:bCs/>
        </w:rPr>
      </w:pPr>
      <w:r w:rsidRPr="000F6CF7">
        <w:rPr>
          <w:rFonts w:ascii="BIZ UDP明朝 Medium" w:eastAsia="BIZ UDP明朝 Medium" w:hAnsi="BIZ UDP明朝 Medium"/>
          <w:bCs/>
        </w:rPr>
        <w:t>自己若しくは特定の者の利益を図る目的又は特定の者に損害を与える目</w:t>
      </w:r>
      <w:r w:rsidRPr="000F6CF7">
        <w:rPr>
          <w:rFonts w:ascii="BIZ UDP明朝 Medium" w:eastAsia="BIZ UDP明朝 Medium" w:hAnsi="BIZ UDP明朝 Medium" w:hint="eastAsia"/>
          <w:bCs/>
        </w:rPr>
        <w:t>的をもって、暴力団の威力を利用した者</w:t>
      </w:r>
    </w:p>
    <w:p w14:paraId="48DE9AA1" w14:textId="04B88581" w:rsidR="000F6CF7" w:rsidRPr="000F6CF7" w:rsidRDefault="000F6CF7" w:rsidP="000F6CF7">
      <w:pPr>
        <w:pStyle w:val="18"/>
        <w:numPr>
          <w:ilvl w:val="0"/>
          <w:numId w:val="12"/>
        </w:numPr>
        <w:spacing w:after="60"/>
        <w:ind w:left="851"/>
        <w:rPr>
          <w:rFonts w:ascii="BIZ UDP明朝 Medium" w:eastAsia="BIZ UDP明朝 Medium" w:hAnsi="BIZ UDP明朝 Medium"/>
          <w:bCs/>
        </w:rPr>
      </w:pPr>
      <w:r w:rsidRPr="000F6CF7">
        <w:rPr>
          <w:rFonts w:ascii="BIZ UDP明朝 Medium" w:eastAsia="BIZ UDP明朝 Medium" w:hAnsi="BIZ UDP明朝 Medium"/>
          <w:bCs/>
        </w:rPr>
        <w:t>法令上の義務としてする場合、情を知らないでする場合その他の正当な理由がある場合を除き、暴力団又は暴力団員に対して金品その他の財産上の利益を供与した者</w:t>
      </w:r>
    </w:p>
    <w:p w14:paraId="696500F4" w14:textId="3034B39C" w:rsidR="000F6CF7" w:rsidRPr="00A36DEB" w:rsidRDefault="000F6CF7" w:rsidP="000F6CF7">
      <w:pPr>
        <w:pStyle w:val="18"/>
        <w:numPr>
          <w:ilvl w:val="0"/>
          <w:numId w:val="12"/>
        </w:numPr>
        <w:spacing w:after="60"/>
        <w:ind w:left="851"/>
        <w:rPr>
          <w:rFonts w:ascii="BIZ UDP明朝 Medium" w:eastAsia="BIZ UDP明朝 Medium" w:hAnsi="BIZ UDP明朝 Medium"/>
          <w:bCs/>
        </w:rPr>
      </w:pPr>
      <w:r w:rsidRPr="00A36DEB">
        <w:rPr>
          <w:rFonts w:ascii="BIZ UDP明朝 Medium" w:eastAsia="BIZ UDP明朝 Medium" w:hAnsi="BIZ UDP明朝 Medium"/>
          <w:bCs/>
        </w:rPr>
        <w:t>暴力団と友人又は知人として会食、遊戯、旅行、スポーツその他の行為</w:t>
      </w:r>
      <w:r w:rsidRPr="00A36DEB">
        <w:rPr>
          <w:rFonts w:ascii="BIZ UDP明朝 Medium" w:eastAsia="BIZ UDP明朝 Medium" w:hAnsi="BIZ UDP明朝 Medium" w:hint="eastAsia"/>
          <w:bCs/>
        </w:rPr>
        <w:t>を共にする等社会的に非難される関係を有し、又は有していた者</w:t>
      </w:r>
    </w:p>
    <w:p w14:paraId="12A24762" w14:textId="103D410F" w:rsidR="007F5935" w:rsidRDefault="000F6CF7" w:rsidP="00A36DEB">
      <w:pPr>
        <w:pStyle w:val="18"/>
        <w:numPr>
          <w:ilvl w:val="0"/>
          <w:numId w:val="12"/>
        </w:numPr>
        <w:spacing w:after="60"/>
        <w:ind w:left="851"/>
        <w:rPr>
          <w:rFonts w:ascii="BIZ UDP明朝 Medium" w:eastAsia="BIZ UDP明朝 Medium" w:hAnsi="BIZ UDP明朝 Medium"/>
          <w:bCs/>
        </w:rPr>
      </w:pPr>
      <w:r w:rsidRPr="000F6CF7">
        <w:rPr>
          <w:rFonts w:ascii="BIZ UDP明朝 Medium" w:eastAsia="BIZ UDP明朝 Medium" w:hAnsi="BIZ UDP明朝 Medium"/>
          <w:bCs/>
        </w:rPr>
        <w:t>その他暴力団関係者であるとして、警察等捜査機関から通報があった者、若しくは警察等捜査機関が確認した者</w:t>
      </w:r>
    </w:p>
    <w:p w14:paraId="3EA193AC" w14:textId="560BF766" w:rsidR="00445621" w:rsidRPr="00A36DEB" w:rsidRDefault="00445621" w:rsidP="00445621">
      <w:pPr>
        <w:pStyle w:val="18"/>
        <w:spacing w:after="60"/>
        <w:jc w:val="right"/>
        <w:rPr>
          <w:rFonts w:ascii="BIZ UDP明朝 Medium" w:eastAsia="BIZ UDP明朝 Medium" w:hAnsi="BIZ UDP明朝 Medium"/>
          <w:bCs/>
        </w:rPr>
      </w:pPr>
      <w:r>
        <w:rPr>
          <w:rFonts w:ascii="BIZ UDP明朝 Medium" w:eastAsia="BIZ UDP明朝 Medium" w:hAnsi="BIZ UDP明朝 Medium" w:hint="eastAsia"/>
          <w:bCs/>
        </w:rPr>
        <w:t>以上</w:t>
      </w:r>
    </w:p>
    <w:sectPr w:rsidR="00445621" w:rsidRPr="00A36DEB" w:rsidSect="00445621">
      <w:headerReference w:type="default" r:id="rId9"/>
      <w:pgSz w:w="12240" w:h="15840"/>
      <w:pgMar w:top="568" w:right="1701" w:bottom="284" w:left="1701"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0C66F" w14:textId="77777777" w:rsidR="005D3A4C" w:rsidRDefault="005D3A4C" w:rsidP="009C5091">
      <w:pPr>
        <w:spacing w:after="0" w:line="240" w:lineRule="auto"/>
      </w:pPr>
      <w:r>
        <w:separator/>
      </w:r>
    </w:p>
  </w:endnote>
  <w:endnote w:type="continuationSeparator" w:id="0">
    <w:p w14:paraId="03183D57" w14:textId="77777777" w:rsidR="005D3A4C" w:rsidRDefault="005D3A4C" w:rsidP="009C5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55F10" w14:textId="77777777" w:rsidR="005D3A4C" w:rsidRDefault="005D3A4C" w:rsidP="009C5091">
      <w:pPr>
        <w:spacing w:after="0" w:line="240" w:lineRule="auto"/>
      </w:pPr>
      <w:r>
        <w:separator/>
      </w:r>
    </w:p>
  </w:footnote>
  <w:footnote w:type="continuationSeparator" w:id="0">
    <w:p w14:paraId="66324C04" w14:textId="77777777" w:rsidR="005D3A4C" w:rsidRDefault="005D3A4C" w:rsidP="009C5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EBA5" w14:textId="319D9D6F" w:rsidR="00804EF7" w:rsidRPr="00804EF7" w:rsidRDefault="00804EF7" w:rsidP="00804EF7">
    <w:pPr>
      <w:spacing w:after="0"/>
      <w:rPr>
        <w:rFonts w:ascii="BIZ UDP明朝 Medium" w:eastAsia="BIZ UDP明朝 Medium" w:hAnsi="BIZ UDP明朝 Medium"/>
        <w:bCs/>
        <w:lang w:eastAsia="ja-JP"/>
      </w:rPr>
    </w:pPr>
    <w:r>
      <w:rPr>
        <w:rFonts w:ascii="BIZ UDP明朝 Medium" w:eastAsia="BIZ UDP明朝 Medium" w:hAnsi="BIZ UDP明朝 Medium" w:hint="eastAsia"/>
        <w:bCs/>
        <w:lang w:eastAsia="ja-JP"/>
      </w:rPr>
      <w:t>様式第1号（第６条関係）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B539" w14:textId="2535437F" w:rsidR="00A46CF8" w:rsidRPr="00A46CF8" w:rsidRDefault="00A46CF8" w:rsidP="00A46CF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12A25E5"/>
    <w:multiLevelType w:val="hybridMultilevel"/>
    <w:tmpl w:val="E84A0BA4"/>
    <w:lvl w:ilvl="0" w:tplc="CB285B1C">
      <w:start w:val="1"/>
      <w:numFmt w:val="decimal"/>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2B354B8A"/>
    <w:multiLevelType w:val="hybridMultilevel"/>
    <w:tmpl w:val="5FF0FFA4"/>
    <w:lvl w:ilvl="0" w:tplc="CB285B1C">
      <w:start w:val="1"/>
      <w:numFmt w:val="decimal"/>
      <w:lvlText w:val="(%1)"/>
      <w:lvlJc w:val="left"/>
      <w:pPr>
        <w:ind w:left="640" w:hanging="440"/>
      </w:pPr>
      <w:rPr>
        <w:rFonts w:hint="eastAsia"/>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11" w15:restartNumberingAfterBreak="0">
    <w:nsid w:val="5A5243F0"/>
    <w:multiLevelType w:val="hybridMultilevel"/>
    <w:tmpl w:val="96A49B44"/>
    <w:lvl w:ilvl="0" w:tplc="D67CF974">
      <w:start w:val="1"/>
      <w:numFmt w:val="decimalFullWidth"/>
      <w:lvlText w:val="（%1）"/>
      <w:lvlJc w:val="left"/>
      <w:pPr>
        <w:ind w:left="720" w:hanging="72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B0C2E35"/>
    <w:multiLevelType w:val="hybridMultilevel"/>
    <w:tmpl w:val="BD5CEE96"/>
    <w:lvl w:ilvl="0" w:tplc="6DF85B08">
      <w:start w:val="1"/>
      <w:numFmt w:val="decimal"/>
      <w:lvlText w:val="(%1)"/>
      <w:lvlJc w:val="left"/>
      <w:pPr>
        <w:ind w:left="890" w:hanging="420"/>
      </w:pPr>
      <w:rPr>
        <w:rFonts w:hint="default"/>
      </w:rPr>
    </w:lvl>
    <w:lvl w:ilvl="1" w:tplc="04090017" w:tentative="1">
      <w:start w:val="1"/>
      <w:numFmt w:val="aiueoFullWidth"/>
      <w:lvlText w:val="(%2)"/>
      <w:lvlJc w:val="left"/>
      <w:pPr>
        <w:ind w:left="1350" w:hanging="440"/>
      </w:pPr>
    </w:lvl>
    <w:lvl w:ilvl="2" w:tplc="04090011" w:tentative="1">
      <w:start w:val="1"/>
      <w:numFmt w:val="decimalEnclosedCircle"/>
      <w:lvlText w:val="%3"/>
      <w:lvlJc w:val="left"/>
      <w:pPr>
        <w:ind w:left="1790" w:hanging="440"/>
      </w:pPr>
    </w:lvl>
    <w:lvl w:ilvl="3" w:tplc="0409000F" w:tentative="1">
      <w:start w:val="1"/>
      <w:numFmt w:val="decimal"/>
      <w:lvlText w:val="%4."/>
      <w:lvlJc w:val="left"/>
      <w:pPr>
        <w:ind w:left="2230" w:hanging="440"/>
      </w:pPr>
    </w:lvl>
    <w:lvl w:ilvl="4" w:tplc="04090017" w:tentative="1">
      <w:start w:val="1"/>
      <w:numFmt w:val="aiueoFullWidth"/>
      <w:lvlText w:val="(%5)"/>
      <w:lvlJc w:val="left"/>
      <w:pPr>
        <w:ind w:left="2670" w:hanging="440"/>
      </w:pPr>
    </w:lvl>
    <w:lvl w:ilvl="5" w:tplc="04090011" w:tentative="1">
      <w:start w:val="1"/>
      <w:numFmt w:val="decimalEnclosedCircle"/>
      <w:lvlText w:val="%6"/>
      <w:lvlJc w:val="left"/>
      <w:pPr>
        <w:ind w:left="3110" w:hanging="440"/>
      </w:pPr>
    </w:lvl>
    <w:lvl w:ilvl="6" w:tplc="0409000F" w:tentative="1">
      <w:start w:val="1"/>
      <w:numFmt w:val="decimal"/>
      <w:lvlText w:val="%7."/>
      <w:lvlJc w:val="left"/>
      <w:pPr>
        <w:ind w:left="3550" w:hanging="440"/>
      </w:pPr>
    </w:lvl>
    <w:lvl w:ilvl="7" w:tplc="04090017" w:tentative="1">
      <w:start w:val="1"/>
      <w:numFmt w:val="aiueoFullWidth"/>
      <w:lvlText w:val="(%8)"/>
      <w:lvlJc w:val="left"/>
      <w:pPr>
        <w:ind w:left="3990" w:hanging="440"/>
      </w:pPr>
    </w:lvl>
    <w:lvl w:ilvl="8" w:tplc="04090011" w:tentative="1">
      <w:start w:val="1"/>
      <w:numFmt w:val="decimalEnclosedCircle"/>
      <w:lvlText w:val="%9"/>
      <w:lvlJc w:val="left"/>
      <w:pPr>
        <w:ind w:left="4430" w:hanging="440"/>
      </w:pPr>
    </w:lvl>
  </w:abstractNum>
  <w:num w:numId="1" w16cid:durableId="1173298089">
    <w:abstractNumId w:val="8"/>
  </w:num>
  <w:num w:numId="2" w16cid:durableId="1433090698">
    <w:abstractNumId w:val="6"/>
  </w:num>
  <w:num w:numId="3" w16cid:durableId="58484408">
    <w:abstractNumId w:val="5"/>
  </w:num>
  <w:num w:numId="4" w16cid:durableId="446196795">
    <w:abstractNumId w:val="4"/>
  </w:num>
  <w:num w:numId="5" w16cid:durableId="817956902">
    <w:abstractNumId w:val="7"/>
  </w:num>
  <w:num w:numId="6" w16cid:durableId="6323816">
    <w:abstractNumId w:val="3"/>
  </w:num>
  <w:num w:numId="7" w16cid:durableId="670990324">
    <w:abstractNumId w:val="2"/>
  </w:num>
  <w:num w:numId="8" w16cid:durableId="1992169944">
    <w:abstractNumId w:val="1"/>
  </w:num>
  <w:num w:numId="9" w16cid:durableId="760299653">
    <w:abstractNumId w:val="0"/>
  </w:num>
  <w:num w:numId="10" w16cid:durableId="1399286387">
    <w:abstractNumId w:val="9"/>
  </w:num>
  <w:num w:numId="11" w16cid:durableId="321277088">
    <w:abstractNumId w:val="11"/>
  </w:num>
  <w:num w:numId="12" w16cid:durableId="1808205731">
    <w:abstractNumId w:val="10"/>
  </w:num>
  <w:num w:numId="13" w16cid:durableId="3391659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30E"/>
    <w:rsid w:val="00034616"/>
    <w:rsid w:val="0006063C"/>
    <w:rsid w:val="00076DCE"/>
    <w:rsid w:val="000830EC"/>
    <w:rsid w:val="000F6CF7"/>
    <w:rsid w:val="00125E66"/>
    <w:rsid w:val="00136F14"/>
    <w:rsid w:val="0015074B"/>
    <w:rsid w:val="001622C7"/>
    <w:rsid w:val="00193689"/>
    <w:rsid w:val="0021716B"/>
    <w:rsid w:val="00271BEC"/>
    <w:rsid w:val="00293C44"/>
    <w:rsid w:val="0029639D"/>
    <w:rsid w:val="002B418A"/>
    <w:rsid w:val="002E534F"/>
    <w:rsid w:val="00326F90"/>
    <w:rsid w:val="00333A5B"/>
    <w:rsid w:val="003774CF"/>
    <w:rsid w:val="003A3B41"/>
    <w:rsid w:val="003D6331"/>
    <w:rsid w:val="00445621"/>
    <w:rsid w:val="00464864"/>
    <w:rsid w:val="004A21E6"/>
    <w:rsid w:val="004F76CF"/>
    <w:rsid w:val="0052144F"/>
    <w:rsid w:val="005A3BE0"/>
    <w:rsid w:val="005B5E28"/>
    <w:rsid w:val="005D3A4C"/>
    <w:rsid w:val="0060115F"/>
    <w:rsid w:val="00613BD9"/>
    <w:rsid w:val="00615710"/>
    <w:rsid w:val="00627990"/>
    <w:rsid w:val="00635458"/>
    <w:rsid w:val="00642FDA"/>
    <w:rsid w:val="006D3A19"/>
    <w:rsid w:val="00735594"/>
    <w:rsid w:val="00770582"/>
    <w:rsid w:val="007942D4"/>
    <w:rsid w:val="007C3753"/>
    <w:rsid w:val="007C6E5E"/>
    <w:rsid w:val="007F5935"/>
    <w:rsid w:val="00804EF7"/>
    <w:rsid w:val="0081194B"/>
    <w:rsid w:val="00855FC3"/>
    <w:rsid w:val="008C6E48"/>
    <w:rsid w:val="00914FB4"/>
    <w:rsid w:val="00953422"/>
    <w:rsid w:val="00987A89"/>
    <w:rsid w:val="009C5091"/>
    <w:rsid w:val="009D19E7"/>
    <w:rsid w:val="00A01BD4"/>
    <w:rsid w:val="00A3398A"/>
    <w:rsid w:val="00A36DEB"/>
    <w:rsid w:val="00A46CF8"/>
    <w:rsid w:val="00AA1D8D"/>
    <w:rsid w:val="00B45D39"/>
    <w:rsid w:val="00B47730"/>
    <w:rsid w:val="00B9326C"/>
    <w:rsid w:val="00B9577A"/>
    <w:rsid w:val="00BF5964"/>
    <w:rsid w:val="00C25FAC"/>
    <w:rsid w:val="00C33EEE"/>
    <w:rsid w:val="00CB0664"/>
    <w:rsid w:val="00CB10E0"/>
    <w:rsid w:val="00CF3625"/>
    <w:rsid w:val="00DB7545"/>
    <w:rsid w:val="00E554C9"/>
    <w:rsid w:val="00E7597A"/>
    <w:rsid w:val="00EC4299"/>
    <w:rsid w:val="00EF59C3"/>
    <w:rsid w:val="00F0666E"/>
    <w:rsid w:val="00F17B56"/>
    <w:rsid w:val="00FA4F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B464342"/>
  <w14:defaultImageDpi w14:val="330"/>
  <w15:docId w15:val="{2EEBB3F0-96DF-4EAC-8B9A-0FC5350B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F76CF"/>
    <w:rPr>
      <w:rFonts w:ascii="ＭＳ 明朝" w:hAnsi="ＭＳ 明朝"/>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Placeholder Text"/>
    <w:basedOn w:val="a2"/>
    <w:uiPriority w:val="99"/>
    <w:semiHidden/>
    <w:rsid w:val="00F0666E"/>
    <w:rPr>
      <w:color w:val="666666"/>
    </w:rPr>
  </w:style>
  <w:style w:type="paragraph" w:customStyle="1" w:styleId="18">
    <w:name w:val="標準1"/>
    <w:basedOn w:val="a1"/>
    <w:rPr>
      <w:rFonts w:eastAsia="ＭＳ 明朝" w:cs="ＭＳ Ｐゴシック"/>
      <w:kern w:val="2"/>
      <w:szCs w:val="20"/>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335</Words>
  <Characters>1914</Characters>
  <Application>Microsoft Office Word</Application>
  <DocSecurity>0</DocSecurity>
  <Lines>15</Lines>
  <Paragraphs>4</Paragraphs>
  <ScaleCrop>false</ScaleCrop>
  <Company>佐世保市</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山口夏帆</cp:lastModifiedBy>
  <cp:revision>4</cp:revision>
  <dcterms:created xsi:type="dcterms:W3CDTF">2026-08-14T09:43:00Z</dcterms:created>
  <dcterms:modified xsi:type="dcterms:W3CDTF">2026-08-17T00:39:00Z</dcterms:modified>
</cp:coreProperties>
</file>