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7B8F" w14:textId="77777777" w:rsidR="005C3D00" w:rsidRPr="001227ED" w:rsidRDefault="00000000">
      <w:pPr>
        <w:jc w:val="center"/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b/>
          <w:sz w:val="32"/>
          <w:lang w:eastAsia="ja-JP"/>
        </w:rPr>
        <w:t>エコタイヤ販売装着証明書</w:t>
      </w:r>
    </w:p>
    <w:p w14:paraId="5AF0244F" w14:textId="77777777" w:rsidR="005C3D00" w:rsidRPr="001227ED" w:rsidRDefault="00000000">
      <w:pPr>
        <w:jc w:val="right"/>
        <w:rPr>
          <w:rFonts w:ascii="BIZ UDP明朝 Medium" w:eastAsia="BIZ UDP明朝 Medium" w:hAnsi="BIZ UDP明朝 Medium"/>
        </w:rPr>
      </w:pPr>
      <w:proofErr w:type="spellStart"/>
      <w:r w:rsidRPr="001227ED">
        <w:rPr>
          <w:rFonts w:ascii="BIZ UDP明朝 Medium" w:eastAsia="BIZ UDP明朝 Medium" w:hAnsi="BIZ UDP明朝 Medium"/>
        </w:rPr>
        <w:t>証明年月日：令和</w:t>
      </w:r>
      <w:proofErr w:type="spellEnd"/>
      <w:r w:rsidRPr="001227ED">
        <w:rPr>
          <w:rFonts w:ascii="BIZ UDP明朝 Medium" w:eastAsia="BIZ UDP明朝 Medium" w:hAnsi="BIZ UDP明朝 Medium"/>
        </w:rPr>
        <w:t xml:space="preserve">　　年　　月　　日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7223"/>
      </w:tblGrid>
      <w:tr w:rsidR="005C3D00" w:rsidRPr="001227ED" w14:paraId="116C4F8A" w14:textId="77777777" w:rsidTr="001227ED">
        <w:trPr>
          <w:trHeight w:val="340"/>
          <w:jc w:val="center"/>
        </w:trPr>
        <w:tc>
          <w:tcPr>
            <w:tcW w:w="2977" w:type="dxa"/>
            <w:shd w:val="clear" w:color="auto" w:fill="D9EAF7"/>
            <w:vAlign w:val="center"/>
          </w:tcPr>
          <w:p w14:paraId="49ADBED8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</w:rPr>
              <w:t>購入者（事業者）名</w:t>
            </w:r>
            <w:proofErr w:type="spellEnd"/>
          </w:p>
        </w:tc>
        <w:tc>
          <w:tcPr>
            <w:tcW w:w="7223" w:type="dxa"/>
            <w:vAlign w:val="center"/>
          </w:tcPr>
          <w:p w14:paraId="297F3DA3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</w:t>
            </w:r>
          </w:p>
        </w:tc>
      </w:tr>
      <w:tr w:rsidR="005C3D00" w:rsidRPr="001227ED" w14:paraId="510063E0" w14:textId="77777777" w:rsidTr="001227ED">
        <w:trPr>
          <w:trHeight w:val="340"/>
          <w:jc w:val="center"/>
        </w:trPr>
        <w:tc>
          <w:tcPr>
            <w:tcW w:w="2977" w:type="dxa"/>
            <w:shd w:val="clear" w:color="auto" w:fill="D9EAF7"/>
            <w:vAlign w:val="center"/>
          </w:tcPr>
          <w:p w14:paraId="033412E4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所在地</w:t>
            </w:r>
          </w:p>
        </w:tc>
        <w:tc>
          <w:tcPr>
            <w:tcW w:w="7223" w:type="dxa"/>
            <w:vAlign w:val="center"/>
          </w:tcPr>
          <w:p w14:paraId="7FC55951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</w:t>
            </w:r>
          </w:p>
        </w:tc>
      </w:tr>
      <w:tr w:rsidR="005C3D00" w:rsidRPr="001227ED" w14:paraId="5D44FCE7" w14:textId="77777777" w:rsidTr="001227ED">
        <w:trPr>
          <w:trHeight w:val="340"/>
          <w:jc w:val="center"/>
        </w:trPr>
        <w:tc>
          <w:tcPr>
            <w:tcW w:w="2977" w:type="dxa"/>
            <w:shd w:val="clear" w:color="auto" w:fill="D9EAF7"/>
            <w:vAlign w:val="center"/>
          </w:tcPr>
          <w:p w14:paraId="17046510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担当者名</w:t>
            </w:r>
          </w:p>
        </w:tc>
        <w:tc>
          <w:tcPr>
            <w:tcW w:w="7223" w:type="dxa"/>
            <w:vAlign w:val="center"/>
          </w:tcPr>
          <w:p w14:paraId="1EA5E4BE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</w:t>
            </w:r>
          </w:p>
        </w:tc>
      </w:tr>
      <w:tr w:rsidR="005C3D00" w:rsidRPr="001227ED" w14:paraId="5C1B345E" w14:textId="77777777" w:rsidTr="001227ED">
        <w:trPr>
          <w:trHeight w:val="340"/>
          <w:jc w:val="center"/>
        </w:trPr>
        <w:tc>
          <w:tcPr>
            <w:tcW w:w="2977" w:type="dxa"/>
            <w:shd w:val="clear" w:color="auto" w:fill="D9EAF7"/>
            <w:vAlign w:val="center"/>
          </w:tcPr>
          <w:p w14:paraId="3AA70661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電話番号</w:t>
            </w:r>
          </w:p>
        </w:tc>
        <w:tc>
          <w:tcPr>
            <w:tcW w:w="7223" w:type="dxa"/>
            <w:vAlign w:val="center"/>
          </w:tcPr>
          <w:p w14:paraId="34AC969F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</w:t>
            </w:r>
          </w:p>
        </w:tc>
      </w:tr>
    </w:tbl>
    <w:p w14:paraId="1AB4D57D" w14:textId="77777777" w:rsidR="005C3D00" w:rsidRPr="001227ED" w:rsidRDefault="005C3D00">
      <w:pPr>
        <w:rPr>
          <w:rFonts w:ascii="BIZ UDP明朝 Medium" w:eastAsia="BIZ UDP明朝 Medium" w:hAnsi="BIZ UDP明朝 Medium"/>
        </w:rPr>
      </w:pPr>
    </w:p>
    <w:p w14:paraId="266EDFFF" w14:textId="77777777" w:rsidR="005C3D00" w:rsidRPr="001227ED" w:rsidRDefault="00000000">
      <w:pPr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b/>
          <w:lang w:eastAsia="ja-JP"/>
        </w:rPr>
        <w:t>１　販売・装着したエコタイヤの内容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1667"/>
        <w:gridCol w:w="1133"/>
        <w:gridCol w:w="1133"/>
        <w:gridCol w:w="1133"/>
        <w:gridCol w:w="1422"/>
        <w:gridCol w:w="735"/>
        <w:gridCol w:w="1242"/>
        <w:gridCol w:w="1133"/>
      </w:tblGrid>
      <w:tr w:rsidR="005C3D00" w:rsidRPr="001227ED" w14:paraId="6A67886A" w14:textId="77777777" w:rsidTr="001227ED">
        <w:trPr>
          <w:trHeight w:val="283"/>
          <w:jc w:val="center"/>
        </w:trPr>
        <w:tc>
          <w:tcPr>
            <w:tcW w:w="599" w:type="dxa"/>
            <w:shd w:val="clear" w:color="auto" w:fill="D9EAF7"/>
            <w:vAlign w:val="center"/>
          </w:tcPr>
          <w:p w14:paraId="06940D56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No.</w:t>
            </w:r>
          </w:p>
        </w:tc>
        <w:tc>
          <w:tcPr>
            <w:tcW w:w="1667" w:type="dxa"/>
            <w:shd w:val="clear" w:color="auto" w:fill="D9EAF7"/>
            <w:vAlign w:val="center"/>
          </w:tcPr>
          <w:p w14:paraId="78D04B98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車両番号</w:t>
            </w:r>
            <w:proofErr w:type="spellEnd"/>
          </w:p>
        </w:tc>
        <w:tc>
          <w:tcPr>
            <w:tcW w:w="1133" w:type="dxa"/>
            <w:shd w:val="clear" w:color="auto" w:fill="D9EAF7"/>
            <w:vAlign w:val="center"/>
          </w:tcPr>
          <w:p w14:paraId="69F0FEA0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メーカー名</w:t>
            </w:r>
            <w:proofErr w:type="spellEnd"/>
          </w:p>
        </w:tc>
        <w:tc>
          <w:tcPr>
            <w:tcW w:w="1133" w:type="dxa"/>
            <w:shd w:val="clear" w:color="auto" w:fill="D9EAF7"/>
            <w:vAlign w:val="center"/>
          </w:tcPr>
          <w:p w14:paraId="5D653C6E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商品名</w:t>
            </w:r>
            <w:proofErr w:type="spellEnd"/>
          </w:p>
        </w:tc>
        <w:tc>
          <w:tcPr>
            <w:tcW w:w="1133" w:type="dxa"/>
            <w:shd w:val="clear" w:color="auto" w:fill="D9EAF7"/>
            <w:vAlign w:val="center"/>
          </w:tcPr>
          <w:p w14:paraId="0FCC2EEA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型式</w:t>
            </w:r>
            <w:proofErr w:type="spellEnd"/>
          </w:p>
        </w:tc>
        <w:tc>
          <w:tcPr>
            <w:tcW w:w="1422" w:type="dxa"/>
            <w:shd w:val="clear" w:color="auto" w:fill="D9EAF7"/>
            <w:vAlign w:val="center"/>
          </w:tcPr>
          <w:p w14:paraId="27309084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タイヤサイズ</w:t>
            </w:r>
            <w:proofErr w:type="spellEnd"/>
          </w:p>
        </w:tc>
        <w:tc>
          <w:tcPr>
            <w:tcW w:w="735" w:type="dxa"/>
            <w:shd w:val="clear" w:color="auto" w:fill="D9EAF7"/>
            <w:vAlign w:val="center"/>
          </w:tcPr>
          <w:p w14:paraId="55838871" w14:textId="77777777" w:rsidR="001227ED" w:rsidRDefault="00000000">
            <w:pPr>
              <w:jc w:val="center"/>
              <w:rPr>
                <w:rFonts w:ascii="BIZ UDP明朝 Medium" w:eastAsia="BIZ UDP明朝 Medium" w:hAnsi="BIZ UDP明朝 Medium"/>
                <w:b/>
                <w:sz w:val="17"/>
                <w:lang w:eastAsia="ja-JP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購入</w:t>
            </w:r>
            <w:proofErr w:type="spellEnd"/>
          </w:p>
          <w:p w14:paraId="0D24D2B3" w14:textId="134191D0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本数</w:t>
            </w:r>
            <w:proofErr w:type="spellEnd"/>
          </w:p>
        </w:tc>
        <w:tc>
          <w:tcPr>
            <w:tcW w:w="1242" w:type="dxa"/>
            <w:shd w:val="clear" w:color="auto" w:fill="D9EAF7"/>
            <w:vAlign w:val="center"/>
          </w:tcPr>
          <w:p w14:paraId="58B3E016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装着年月日</w:t>
            </w:r>
            <w:proofErr w:type="spellEnd"/>
          </w:p>
        </w:tc>
        <w:tc>
          <w:tcPr>
            <w:tcW w:w="1133" w:type="dxa"/>
            <w:shd w:val="clear" w:color="auto" w:fill="D9EAF7"/>
            <w:vAlign w:val="center"/>
          </w:tcPr>
          <w:p w14:paraId="07A89BA4" w14:textId="57378A7C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proofErr w:type="spellStart"/>
            <w:r w:rsidRPr="001227ED">
              <w:rPr>
                <w:rFonts w:ascii="BIZ UDP明朝 Medium" w:eastAsia="BIZ UDP明朝 Medium" w:hAnsi="BIZ UDP明朝 Medium"/>
                <w:b/>
                <w:sz w:val="17"/>
              </w:rPr>
              <w:t>単価</w:t>
            </w:r>
            <w:proofErr w:type="spellEnd"/>
            <w:r w:rsidR="001227ED">
              <w:rPr>
                <w:rFonts w:ascii="BIZ UDP明朝 Medium" w:eastAsia="BIZ UDP明朝 Medium" w:hAnsi="BIZ UDP明朝 Medium" w:hint="eastAsia"/>
                <w:b/>
                <w:sz w:val="17"/>
                <w:lang w:eastAsia="ja-JP"/>
              </w:rPr>
              <w:t>（税抜）</w:t>
            </w:r>
          </w:p>
        </w:tc>
      </w:tr>
      <w:tr w:rsidR="005C3D00" w:rsidRPr="001227ED" w14:paraId="1060B956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20E9404C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1</w:t>
            </w:r>
          </w:p>
        </w:tc>
        <w:tc>
          <w:tcPr>
            <w:tcW w:w="1667" w:type="dxa"/>
            <w:vAlign w:val="center"/>
          </w:tcPr>
          <w:p w14:paraId="2F546BC4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54B714F8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EAC54F9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44496FF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5661738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7398DE8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4A9E9406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0A18B1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24CCF34E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69B2C785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2</w:t>
            </w:r>
          </w:p>
        </w:tc>
        <w:tc>
          <w:tcPr>
            <w:tcW w:w="1667" w:type="dxa"/>
            <w:vAlign w:val="center"/>
          </w:tcPr>
          <w:p w14:paraId="0A9D2AC3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A7E2E77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5C96AD6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7B148B4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5E2F0B96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4DDC64B7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1B10978D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692B23E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5CA09E02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659EB7B3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3</w:t>
            </w:r>
          </w:p>
        </w:tc>
        <w:tc>
          <w:tcPr>
            <w:tcW w:w="1667" w:type="dxa"/>
            <w:vAlign w:val="center"/>
          </w:tcPr>
          <w:p w14:paraId="14FA28FE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5C035F61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86EF48B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23A825FB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04C5CB7B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331BD12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4D328F3E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27AE1677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38317B10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18DA9735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4</w:t>
            </w:r>
          </w:p>
        </w:tc>
        <w:tc>
          <w:tcPr>
            <w:tcW w:w="1667" w:type="dxa"/>
            <w:vAlign w:val="center"/>
          </w:tcPr>
          <w:p w14:paraId="14E795F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1371B433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C1ABF3A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7926DE79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6331AFF5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04382858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79705F61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707FAE8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49954B3B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5D4AD40D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5</w:t>
            </w:r>
          </w:p>
        </w:tc>
        <w:tc>
          <w:tcPr>
            <w:tcW w:w="1667" w:type="dxa"/>
            <w:vAlign w:val="center"/>
          </w:tcPr>
          <w:p w14:paraId="1AB5DC41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DCF61CF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27E824E2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FDBAE0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79B0C1D2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0D088FBA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1C7E7E8E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3BC9D8F7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212EABCC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7F73E58E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6</w:t>
            </w:r>
          </w:p>
        </w:tc>
        <w:tc>
          <w:tcPr>
            <w:tcW w:w="1667" w:type="dxa"/>
            <w:vAlign w:val="center"/>
          </w:tcPr>
          <w:p w14:paraId="1C3A7199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924BB8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13BAFD7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9D5BDF8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27E5BE65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33C5E05D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493D280D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A365383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6F6C69BE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16817778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7</w:t>
            </w:r>
          </w:p>
        </w:tc>
        <w:tc>
          <w:tcPr>
            <w:tcW w:w="1667" w:type="dxa"/>
            <w:vAlign w:val="center"/>
          </w:tcPr>
          <w:p w14:paraId="7FD0FF92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FE98119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C0A55B5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386A805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5FE8822F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75D73204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5BA6C7B3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28480EC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C3D00" w:rsidRPr="001227ED" w14:paraId="05863994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2D21A2B9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sz w:val="17"/>
              </w:rPr>
              <w:t>8</w:t>
            </w:r>
          </w:p>
        </w:tc>
        <w:tc>
          <w:tcPr>
            <w:tcW w:w="1667" w:type="dxa"/>
            <w:vAlign w:val="center"/>
          </w:tcPr>
          <w:p w14:paraId="7E6C610E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1ED44BBA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5169D8F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4B45C22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763F623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78A8887C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74890470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477C4595" w14:textId="77777777" w:rsidR="005C3D00" w:rsidRPr="001227ED" w:rsidRDefault="005C3D00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227ED" w:rsidRPr="001227ED" w14:paraId="21B6769B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1C99B025" w14:textId="44ABBD1B" w:rsidR="001227ED" w:rsidRPr="001227ED" w:rsidRDefault="001227ED">
            <w:pPr>
              <w:jc w:val="center"/>
              <w:rPr>
                <w:rFonts w:ascii="BIZ UDP明朝 Medium" w:eastAsia="BIZ UDP明朝 Medium" w:hAnsi="BIZ UDP明朝 Medium"/>
                <w:sz w:val="17"/>
              </w:rPr>
            </w:pPr>
            <w:r>
              <w:rPr>
                <w:rFonts w:ascii="BIZ UDP明朝 Medium" w:eastAsia="BIZ UDP明朝 Medium" w:hAnsi="BIZ UDP明朝 Medium" w:hint="eastAsia"/>
                <w:sz w:val="17"/>
                <w:lang w:eastAsia="ja-JP"/>
              </w:rPr>
              <w:t>9</w:t>
            </w:r>
          </w:p>
        </w:tc>
        <w:tc>
          <w:tcPr>
            <w:tcW w:w="1667" w:type="dxa"/>
            <w:vAlign w:val="center"/>
          </w:tcPr>
          <w:p w14:paraId="4F074578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500F81D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713B6379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0E640B3A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2F0F63B3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7C708345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0368E595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6A3C2DD0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227ED" w:rsidRPr="001227ED" w14:paraId="31C1A26D" w14:textId="77777777" w:rsidTr="001227ED">
        <w:trPr>
          <w:trHeight w:val="283"/>
          <w:jc w:val="center"/>
        </w:trPr>
        <w:tc>
          <w:tcPr>
            <w:tcW w:w="599" w:type="dxa"/>
            <w:vAlign w:val="center"/>
          </w:tcPr>
          <w:p w14:paraId="679E1BE2" w14:textId="4C4EE304" w:rsidR="001227ED" w:rsidRPr="001227ED" w:rsidRDefault="001227ED">
            <w:pPr>
              <w:jc w:val="center"/>
              <w:rPr>
                <w:rFonts w:ascii="BIZ UDP明朝 Medium" w:eastAsia="BIZ UDP明朝 Medium" w:hAnsi="BIZ UDP明朝 Medium"/>
                <w:sz w:val="17"/>
              </w:rPr>
            </w:pPr>
            <w:r>
              <w:rPr>
                <w:rFonts w:ascii="BIZ UDP明朝 Medium" w:eastAsia="BIZ UDP明朝 Medium" w:hAnsi="BIZ UDP明朝 Medium" w:hint="eastAsia"/>
                <w:sz w:val="17"/>
                <w:lang w:eastAsia="ja-JP"/>
              </w:rPr>
              <w:t>10</w:t>
            </w:r>
          </w:p>
        </w:tc>
        <w:tc>
          <w:tcPr>
            <w:tcW w:w="1667" w:type="dxa"/>
            <w:vAlign w:val="center"/>
          </w:tcPr>
          <w:p w14:paraId="37A0AD4E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2A255B02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7621351D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72FF8E1F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22" w:type="dxa"/>
            <w:vAlign w:val="center"/>
          </w:tcPr>
          <w:p w14:paraId="50FC2D60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35" w:type="dxa"/>
            <w:vAlign w:val="center"/>
          </w:tcPr>
          <w:p w14:paraId="7565AE4A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242" w:type="dxa"/>
            <w:vAlign w:val="center"/>
          </w:tcPr>
          <w:p w14:paraId="58DC34BB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3" w:type="dxa"/>
            <w:vAlign w:val="center"/>
          </w:tcPr>
          <w:p w14:paraId="12DFE0D9" w14:textId="77777777" w:rsidR="001227ED" w:rsidRPr="001227ED" w:rsidRDefault="001227ED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F8561AE" w14:textId="77777777" w:rsidR="005C3D00" w:rsidRPr="001227ED" w:rsidRDefault="005C3D00">
      <w:pPr>
        <w:rPr>
          <w:rFonts w:ascii="BIZ UDP明朝 Medium" w:eastAsia="BIZ UDP明朝 Medium" w:hAnsi="BIZ UDP明朝 Medium"/>
        </w:rPr>
      </w:pPr>
    </w:p>
    <w:p w14:paraId="5B011106" w14:textId="77777777" w:rsidR="005C3D00" w:rsidRPr="001227ED" w:rsidRDefault="00000000">
      <w:pPr>
        <w:rPr>
          <w:rFonts w:ascii="BIZ UDP明朝 Medium" w:eastAsia="BIZ UDP明朝 Medium" w:hAnsi="BIZ UDP明朝 Medium"/>
        </w:rPr>
      </w:pPr>
      <w:r w:rsidRPr="001227ED">
        <w:rPr>
          <w:rFonts w:ascii="BIZ UDP明朝 Medium" w:eastAsia="BIZ UDP明朝 Medium" w:hAnsi="BIZ UDP明朝 Medium"/>
          <w:b/>
        </w:rPr>
        <w:t>２　販売・装着の証明</w:t>
      </w:r>
    </w:p>
    <w:p w14:paraId="52F6F197" w14:textId="77777777" w:rsidR="005C3D00" w:rsidRPr="001227ED" w:rsidRDefault="00000000" w:rsidP="001227ED">
      <w:pPr>
        <w:spacing w:after="0" w:line="336" w:lineRule="auto"/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lang w:eastAsia="ja-JP"/>
        </w:rPr>
        <w:t>上記のエコタイヤについて、当店が販売したものであり、上記車両に装着したことを証明します。</w:t>
      </w:r>
    </w:p>
    <w:p w14:paraId="669F0299" w14:textId="77777777" w:rsidR="005C3D00" w:rsidRPr="001227ED" w:rsidRDefault="00000000">
      <w:pPr>
        <w:spacing w:line="336" w:lineRule="auto"/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lang w:eastAsia="ja-JP"/>
        </w:rPr>
        <w:t>また、本証明書の記載内容は販売記録等と相違ないことを確認します。</w:t>
      </w:r>
    </w:p>
    <w:p w14:paraId="7D339220" w14:textId="77777777" w:rsidR="005C3D00" w:rsidRPr="001227ED" w:rsidRDefault="00000000">
      <w:pPr>
        <w:rPr>
          <w:rFonts w:ascii="BIZ UDP明朝 Medium" w:eastAsia="BIZ UDP明朝 Medium" w:hAnsi="BIZ UDP明朝 Medium"/>
        </w:rPr>
      </w:pPr>
      <w:r w:rsidRPr="001227ED">
        <w:rPr>
          <w:rFonts w:ascii="BIZ UDP明朝 Medium" w:eastAsia="BIZ UDP明朝 Medium" w:hAnsi="BIZ UDP明朝 Medium"/>
          <w:b/>
        </w:rPr>
        <w:t xml:space="preserve">３　</w:t>
      </w:r>
      <w:proofErr w:type="spellStart"/>
      <w:r w:rsidRPr="001227ED">
        <w:rPr>
          <w:rFonts w:ascii="BIZ UDP明朝 Medium" w:eastAsia="BIZ UDP明朝 Medium" w:hAnsi="BIZ UDP明朝 Medium"/>
          <w:b/>
        </w:rPr>
        <w:t>販売店記入欄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5C3D00" w:rsidRPr="001227ED" w14:paraId="20CBDFCD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E79E111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販売店名</w:t>
            </w:r>
          </w:p>
        </w:tc>
        <w:tc>
          <w:tcPr>
            <w:tcW w:w="5100" w:type="dxa"/>
            <w:vAlign w:val="center"/>
          </w:tcPr>
          <w:p w14:paraId="64BC245D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　　　</w:t>
            </w:r>
          </w:p>
        </w:tc>
      </w:tr>
      <w:tr w:rsidR="005C3D00" w:rsidRPr="001227ED" w14:paraId="49D2A59B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4855710C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所在地</w:t>
            </w:r>
          </w:p>
        </w:tc>
        <w:tc>
          <w:tcPr>
            <w:tcW w:w="5100" w:type="dxa"/>
            <w:vAlign w:val="center"/>
          </w:tcPr>
          <w:p w14:paraId="10DEAE55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　　　</w:t>
            </w:r>
          </w:p>
        </w:tc>
      </w:tr>
      <w:tr w:rsidR="005C3D00" w:rsidRPr="001227ED" w14:paraId="1947715A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1280406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電話番号</w:t>
            </w:r>
          </w:p>
        </w:tc>
        <w:tc>
          <w:tcPr>
            <w:tcW w:w="5100" w:type="dxa"/>
            <w:vAlign w:val="center"/>
          </w:tcPr>
          <w:p w14:paraId="672F366A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　　　</w:t>
            </w:r>
          </w:p>
        </w:tc>
      </w:tr>
      <w:tr w:rsidR="005C3D00" w:rsidRPr="001227ED" w14:paraId="2B06B597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64D4524D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担当者名</w:t>
            </w:r>
          </w:p>
        </w:tc>
        <w:tc>
          <w:tcPr>
            <w:tcW w:w="5100" w:type="dxa"/>
            <w:vAlign w:val="center"/>
          </w:tcPr>
          <w:p w14:paraId="40662E30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　　　</w:t>
            </w:r>
          </w:p>
        </w:tc>
      </w:tr>
      <w:tr w:rsidR="005C3D00" w:rsidRPr="001227ED" w14:paraId="13529A5C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3B7126A4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請求書番号等</w:t>
            </w:r>
          </w:p>
        </w:tc>
        <w:tc>
          <w:tcPr>
            <w:tcW w:w="5100" w:type="dxa"/>
            <w:vAlign w:val="center"/>
          </w:tcPr>
          <w:p w14:paraId="7EE431AC" w14:textId="77777777" w:rsidR="005C3D00" w:rsidRPr="001227ED" w:rsidRDefault="00000000">
            <w:pPr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</w:rPr>
              <w:t xml:space="preserve">　　　　　　　　　　　　　　　　　　　　　　　　　　　　</w:t>
            </w:r>
          </w:p>
        </w:tc>
      </w:tr>
      <w:tr w:rsidR="005C3D00" w:rsidRPr="001227ED" w14:paraId="59C38015" w14:textId="77777777" w:rsidTr="001227ED">
        <w:trPr>
          <w:trHeight w:val="397"/>
          <w:jc w:val="center"/>
        </w:trPr>
        <w:tc>
          <w:tcPr>
            <w:tcW w:w="5100" w:type="dxa"/>
            <w:shd w:val="clear" w:color="auto" w:fill="D9EAF7"/>
            <w:vAlign w:val="center"/>
          </w:tcPr>
          <w:p w14:paraId="62F86D19" w14:textId="77777777" w:rsidR="005C3D00" w:rsidRPr="001227ED" w:rsidRDefault="0000000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b/>
              </w:rPr>
              <w:t>証明</w:t>
            </w:r>
          </w:p>
        </w:tc>
        <w:tc>
          <w:tcPr>
            <w:tcW w:w="5100" w:type="dxa"/>
            <w:vAlign w:val="center"/>
          </w:tcPr>
          <w:p w14:paraId="6F7E4254" w14:textId="6E37A310" w:rsidR="005C3D00" w:rsidRPr="001227ED" w:rsidRDefault="00000000" w:rsidP="001227ED">
            <w:pPr>
              <w:spacing w:line="480" w:lineRule="auto"/>
              <w:rPr>
                <w:rFonts w:ascii="BIZ UDP明朝 Medium" w:eastAsia="BIZ UDP明朝 Medium" w:hAnsi="BIZ UDP明朝 Medium"/>
              </w:rPr>
            </w:pPr>
            <w:r w:rsidRPr="001227ED">
              <w:rPr>
                <w:rFonts w:ascii="BIZ UDP明朝 Medium" w:eastAsia="BIZ UDP明朝 Medium" w:hAnsi="BIZ UDP明朝 Medium"/>
                <w:lang w:eastAsia="ja-JP"/>
              </w:rPr>
              <w:t>上記のとおり相違ないことを証明します。</w:t>
            </w:r>
            <w:r w:rsidRPr="001227ED">
              <w:rPr>
                <w:rFonts w:ascii="BIZ UDP明朝 Medium" w:eastAsia="BIZ UDP明朝 Medium" w:hAnsi="BIZ UDP明朝 Medium"/>
                <w:lang w:eastAsia="ja-JP"/>
              </w:rPr>
              <w:br/>
            </w:r>
            <w:proofErr w:type="spellStart"/>
            <w:r w:rsidRPr="001227ED">
              <w:rPr>
                <w:rFonts w:ascii="BIZ UDP明朝 Medium" w:eastAsia="BIZ UDP明朝 Medium" w:hAnsi="BIZ UDP明朝 Medium"/>
              </w:rPr>
              <w:t>担当者署名</w:t>
            </w:r>
            <w:proofErr w:type="spellEnd"/>
            <w:r w:rsidRPr="001227ED">
              <w:rPr>
                <w:rFonts w:ascii="BIZ UDP明朝 Medium" w:eastAsia="BIZ UDP明朝 Medium" w:hAnsi="BIZ UDP明朝 Medium"/>
              </w:rPr>
              <w:t xml:space="preserve">：　　　　　　　　　　　　　　　</w:t>
            </w:r>
          </w:p>
        </w:tc>
      </w:tr>
    </w:tbl>
    <w:p w14:paraId="3C15914D" w14:textId="77777777" w:rsidR="005C3D00" w:rsidRPr="001227ED" w:rsidRDefault="005C3D00" w:rsidP="001227ED">
      <w:pPr>
        <w:spacing w:after="0"/>
        <w:rPr>
          <w:rFonts w:ascii="BIZ UDP明朝 Medium" w:eastAsia="BIZ UDP明朝 Medium" w:hAnsi="BIZ UDP明朝 Medium"/>
        </w:rPr>
      </w:pPr>
    </w:p>
    <w:p w14:paraId="2274117D" w14:textId="77777777" w:rsidR="005C3D00" w:rsidRPr="001227ED" w:rsidRDefault="00000000" w:rsidP="001227ED">
      <w:pPr>
        <w:spacing w:after="0"/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b/>
          <w:lang w:eastAsia="ja-JP"/>
        </w:rPr>
        <w:t>【注意事項】</w:t>
      </w:r>
    </w:p>
    <w:p w14:paraId="59CFAC12" w14:textId="41668EFA" w:rsidR="005C3D00" w:rsidRPr="001227ED" w:rsidRDefault="00000000" w:rsidP="001227ED">
      <w:pPr>
        <w:pStyle w:val="ae"/>
        <w:numPr>
          <w:ilvl w:val="0"/>
          <w:numId w:val="10"/>
        </w:numPr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lang w:eastAsia="ja-JP"/>
        </w:rPr>
        <w:t>本証明書は、請求書に商品名・型式等の記載がない場合に、請求書を補完する資料として提出してください。</w:t>
      </w:r>
    </w:p>
    <w:p w14:paraId="0F090935" w14:textId="2505F55C" w:rsidR="005C3D00" w:rsidRPr="001227ED" w:rsidRDefault="00000000" w:rsidP="001227ED">
      <w:pPr>
        <w:pStyle w:val="ae"/>
        <w:numPr>
          <w:ilvl w:val="0"/>
          <w:numId w:val="10"/>
        </w:numPr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lang w:eastAsia="ja-JP"/>
        </w:rPr>
        <w:t>本証明書のみでの実績報告はできません。請求書及び領収書の写しを併せて提出してください。</w:t>
      </w:r>
    </w:p>
    <w:p w14:paraId="68B2E17C" w14:textId="0DBDE524" w:rsidR="005C3D00" w:rsidRPr="001227ED" w:rsidRDefault="00000000" w:rsidP="001227ED">
      <w:pPr>
        <w:pStyle w:val="ae"/>
        <w:numPr>
          <w:ilvl w:val="0"/>
          <w:numId w:val="10"/>
        </w:numPr>
        <w:rPr>
          <w:rFonts w:ascii="BIZ UDP明朝 Medium" w:eastAsia="BIZ UDP明朝 Medium" w:hAnsi="BIZ UDP明朝 Medium"/>
          <w:lang w:eastAsia="ja-JP"/>
        </w:rPr>
      </w:pPr>
      <w:r w:rsidRPr="001227ED">
        <w:rPr>
          <w:rFonts w:ascii="BIZ UDP明朝 Medium" w:eastAsia="BIZ UDP明朝 Medium" w:hAnsi="BIZ UDP明朝 Medium"/>
          <w:lang w:eastAsia="ja-JP"/>
        </w:rPr>
        <w:t>記載内容について、市から販売店等へ確認する場合があります。</w:t>
      </w:r>
    </w:p>
    <w:sectPr w:rsidR="005C3D00" w:rsidRPr="001227ED" w:rsidSect="001227ED">
      <w:headerReference w:type="default" r:id="rId8"/>
      <w:pgSz w:w="12240" w:h="15840"/>
      <w:pgMar w:top="709" w:right="1020" w:bottom="964" w:left="1020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6E463" w14:textId="77777777" w:rsidR="0047758B" w:rsidRDefault="0047758B" w:rsidP="001227ED">
      <w:pPr>
        <w:spacing w:after="0" w:line="240" w:lineRule="auto"/>
      </w:pPr>
      <w:r>
        <w:separator/>
      </w:r>
    </w:p>
  </w:endnote>
  <w:endnote w:type="continuationSeparator" w:id="0">
    <w:p w14:paraId="4642A7D7" w14:textId="77777777" w:rsidR="0047758B" w:rsidRDefault="0047758B" w:rsidP="0012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34FF5" w14:textId="77777777" w:rsidR="0047758B" w:rsidRDefault="0047758B" w:rsidP="001227ED">
      <w:pPr>
        <w:spacing w:after="0" w:line="240" w:lineRule="auto"/>
      </w:pPr>
      <w:r>
        <w:separator/>
      </w:r>
    </w:p>
  </w:footnote>
  <w:footnote w:type="continuationSeparator" w:id="0">
    <w:p w14:paraId="5CF4A20A" w14:textId="77777777" w:rsidR="0047758B" w:rsidRDefault="0047758B" w:rsidP="0012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DF2BC" w14:textId="4F6C2798" w:rsidR="001227ED" w:rsidRPr="001227ED" w:rsidRDefault="001227ED">
    <w:pPr>
      <w:pStyle w:val="a5"/>
      <w:rPr>
        <w:rFonts w:ascii="BIZ UDP明朝 Medium" w:eastAsia="BIZ UDP明朝 Medium" w:hAnsi="BIZ UDP明朝 Medium"/>
      </w:rPr>
    </w:pPr>
    <w:r w:rsidRPr="001227ED">
      <w:rPr>
        <w:rFonts w:ascii="BIZ UDP明朝 Medium" w:eastAsia="BIZ UDP明朝 Medium" w:hAnsi="BIZ UDP明朝 Medium" w:hint="eastAsia"/>
        <w:lang w:eastAsia="ja-JP"/>
      </w:rPr>
      <w:t>（参考様式）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695661"/>
    <w:multiLevelType w:val="hybridMultilevel"/>
    <w:tmpl w:val="04B0264C"/>
    <w:lvl w:ilvl="0" w:tplc="570CE6E2"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4B503EC"/>
    <w:multiLevelType w:val="hybridMultilevel"/>
    <w:tmpl w:val="6A6AF29E"/>
    <w:lvl w:ilvl="0" w:tplc="4D90E89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9331223">
    <w:abstractNumId w:val="8"/>
  </w:num>
  <w:num w:numId="2" w16cid:durableId="58677656">
    <w:abstractNumId w:val="6"/>
  </w:num>
  <w:num w:numId="3" w16cid:durableId="562910496">
    <w:abstractNumId w:val="5"/>
  </w:num>
  <w:num w:numId="4" w16cid:durableId="1382485095">
    <w:abstractNumId w:val="4"/>
  </w:num>
  <w:num w:numId="5" w16cid:durableId="168639046">
    <w:abstractNumId w:val="7"/>
  </w:num>
  <w:num w:numId="6" w16cid:durableId="1399475343">
    <w:abstractNumId w:val="3"/>
  </w:num>
  <w:num w:numId="7" w16cid:durableId="1983537092">
    <w:abstractNumId w:val="2"/>
  </w:num>
  <w:num w:numId="8" w16cid:durableId="2093424938">
    <w:abstractNumId w:val="1"/>
  </w:num>
  <w:num w:numId="9" w16cid:durableId="1491562051">
    <w:abstractNumId w:val="0"/>
  </w:num>
  <w:num w:numId="10" w16cid:durableId="115296466">
    <w:abstractNumId w:val="10"/>
  </w:num>
  <w:num w:numId="11" w16cid:durableId="53043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27ED"/>
    <w:rsid w:val="0015074B"/>
    <w:rsid w:val="0029639D"/>
    <w:rsid w:val="002B76B2"/>
    <w:rsid w:val="00326F90"/>
    <w:rsid w:val="0047758B"/>
    <w:rsid w:val="005C3D0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2D2C6"/>
  <w14:defaultImageDpi w14:val="300"/>
  <w15:docId w15:val="{48F3D6BC-EAE4-4991-8453-52572B0F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Ｐゴシック" w:hAnsi="ＭＳ Ｐ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