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6804" w14:textId="77777777" w:rsidR="008D5E3A" w:rsidRPr="00B47D71" w:rsidRDefault="009F47DF">
      <w:pPr>
        <w:jc w:val="right"/>
        <w:rPr>
          <w:color w:val="000000" w:themeColor="text1"/>
          <w:lang w:eastAsia="ja-JP"/>
        </w:rPr>
      </w:pPr>
      <w:r w:rsidRPr="00B47D71">
        <w:rPr>
          <w:b/>
          <w:color w:val="000000" w:themeColor="text1"/>
          <w:sz w:val="22"/>
          <w:lang w:eastAsia="ja-JP"/>
        </w:rPr>
        <w:t>様式第１号</w:t>
      </w:r>
    </w:p>
    <w:p w14:paraId="15203467" w14:textId="77777777" w:rsidR="008D5E3A" w:rsidRPr="00B47D71" w:rsidRDefault="009F47DF">
      <w:pPr>
        <w:spacing w:before="120" w:after="360"/>
        <w:jc w:val="center"/>
        <w:rPr>
          <w:color w:val="000000" w:themeColor="text1"/>
          <w:lang w:eastAsia="ja-JP"/>
        </w:rPr>
      </w:pPr>
      <w:r w:rsidRPr="00B47D71">
        <w:rPr>
          <w:b/>
          <w:color w:val="000000" w:themeColor="text1"/>
          <w:sz w:val="30"/>
          <w:lang w:eastAsia="ja-JP"/>
        </w:rPr>
        <w:t>パスワード発行申請書</w:t>
      </w:r>
    </w:p>
    <w:p w14:paraId="0F8709D2" w14:textId="77777777" w:rsidR="008D5E3A" w:rsidRPr="00B47D71" w:rsidRDefault="009F47DF">
      <w:pPr>
        <w:jc w:val="right"/>
        <w:rPr>
          <w:color w:val="000000" w:themeColor="text1"/>
        </w:rPr>
      </w:pPr>
      <w:proofErr w:type="spellStart"/>
      <w:proofErr w:type="gramStart"/>
      <w:r w:rsidRPr="00B47D71">
        <w:rPr>
          <w:color w:val="000000" w:themeColor="text1"/>
        </w:rPr>
        <w:t>令和</w:t>
      </w:r>
      <w:proofErr w:type="spellEnd"/>
      <w:r w:rsidRPr="00B47D71">
        <w:rPr>
          <w:color w:val="000000" w:themeColor="text1"/>
        </w:rPr>
        <w:t xml:space="preserve">　　年</w:t>
      </w:r>
      <w:proofErr w:type="gramEnd"/>
      <w:r w:rsidRPr="00B47D71">
        <w:rPr>
          <w:color w:val="000000" w:themeColor="text1"/>
        </w:rPr>
        <w:t xml:space="preserve">　　</w:t>
      </w:r>
      <w:proofErr w:type="gramStart"/>
      <w:r w:rsidRPr="00B47D71">
        <w:rPr>
          <w:color w:val="000000" w:themeColor="text1"/>
        </w:rPr>
        <w:t>月　　日</w:t>
      </w:r>
      <w:proofErr w:type="gramEnd"/>
    </w:p>
    <w:p w14:paraId="4A906BD2" w14:textId="6B8E9D9E" w:rsidR="008D5E3A" w:rsidRPr="00B47D71" w:rsidRDefault="009F47DF">
      <w:pPr>
        <w:spacing w:after="240"/>
        <w:rPr>
          <w:color w:val="000000" w:themeColor="text1"/>
        </w:rPr>
      </w:pPr>
      <w:proofErr w:type="spellStart"/>
      <w:r w:rsidRPr="00B47D71">
        <w:rPr>
          <w:b/>
          <w:color w:val="000000" w:themeColor="text1"/>
        </w:rPr>
        <w:t>佐世保市長</w:t>
      </w:r>
      <w:proofErr w:type="spellEnd"/>
      <w:r w:rsidRPr="00B47D71">
        <w:rPr>
          <w:b/>
          <w:color w:val="000000" w:themeColor="text1"/>
        </w:rPr>
        <w:t xml:space="preserve">　様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5472"/>
      </w:tblGrid>
      <w:tr w:rsidR="00B47D71" w:rsidRPr="00B47D71" w14:paraId="6AF7E20B" w14:textId="77777777" w:rsidTr="00175799">
        <w:trPr>
          <w:jc w:val="right"/>
        </w:trPr>
        <w:tc>
          <w:tcPr>
            <w:tcW w:w="172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5296A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r w:rsidRPr="00B47D71">
              <w:rPr>
                <w:b/>
                <w:color w:val="000000" w:themeColor="text1"/>
                <w:sz w:val="19"/>
              </w:rPr>
              <w:t>（</w:t>
            </w:r>
            <w:proofErr w:type="spellStart"/>
            <w:r w:rsidRPr="00B47D71">
              <w:rPr>
                <w:b/>
                <w:color w:val="000000" w:themeColor="text1"/>
                <w:sz w:val="19"/>
              </w:rPr>
              <w:t>申請者）所在地</w:t>
            </w:r>
            <w:proofErr w:type="spellEnd"/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927DFC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r w:rsidRPr="00B47D71">
              <w:rPr>
                <w:color w:val="000000" w:themeColor="text1"/>
              </w:rPr>
              <w:t>〒</w:t>
            </w:r>
            <w:r w:rsidRPr="00B47D71">
              <w:rPr>
                <w:color w:val="000000" w:themeColor="text1"/>
              </w:rPr>
              <w:br/>
            </w:r>
          </w:p>
        </w:tc>
      </w:tr>
      <w:tr w:rsidR="00B47D71" w:rsidRPr="00B47D71" w14:paraId="5A0AA110" w14:textId="77777777" w:rsidTr="00175799">
        <w:trPr>
          <w:jc w:val="right"/>
        </w:trPr>
        <w:tc>
          <w:tcPr>
            <w:tcW w:w="172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A7B45C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proofErr w:type="spellStart"/>
            <w:r w:rsidRPr="00B47D71">
              <w:rPr>
                <w:b/>
                <w:color w:val="000000" w:themeColor="text1"/>
                <w:sz w:val="19"/>
              </w:rPr>
              <w:t>商号又は名称</w:t>
            </w:r>
            <w:proofErr w:type="spellEnd"/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BF0AB5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r w:rsidRPr="00B47D71">
              <w:rPr>
                <w:color w:val="000000" w:themeColor="text1"/>
              </w:rPr>
              <w:t>（</w:t>
            </w:r>
            <w:proofErr w:type="spellStart"/>
            <w:r w:rsidRPr="00B47D71">
              <w:rPr>
                <w:color w:val="000000" w:themeColor="text1"/>
              </w:rPr>
              <w:t>フリガナ</w:t>
            </w:r>
            <w:proofErr w:type="spellEnd"/>
            <w:r w:rsidRPr="00B47D71">
              <w:rPr>
                <w:color w:val="000000" w:themeColor="text1"/>
              </w:rPr>
              <w:t>）</w:t>
            </w:r>
            <w:r w:rsidRPr="00B47D71">
              <w:rPr>
                <w:color w:val="000000" w:themeColor="text1"/>
              </w:rPr>
              <w:br/>
            </w:r>
          </w:p>
        </w:tc>
      </w:tr>
      <w:tr w:rsidR="00B47D71" w:rsidRPr="00B47D71" w14:paraId="30FBE45F" w14:textId="77777777" w:rsidTr="00175799">
        <w:trPr>
          <w:jc w:val="right"/>
        </w:trPr>
        <w:tc>
          <w:tcPr>
            <w:tcW w:w="172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D1BE73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proofErr w:type="spellStart"/>
            <w:r w:rsidRPr="00B47D71">
              <w:rPr>
                <w:b/>
                <w:color w:val="000000" w:themeColor="text1"/>
                <w:sz w:val="19"/>
              </w:rPr>
              <w:t>代表者職氏名</w:t>
            </w:r>
            <w:proofErr w:type="spellEnd"/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4213C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r w:rsidRPr="00B47D71">
              <w:rPr>
                <w:color w:val="000000" w:themeColor="text1"/>
              </w:rPr>
              <w:t xml:space="preserve">　　　　　　　　　　　　　　　　　　　印</w:t>
            </w:r>
          </w:p>
        </w:tc>
      </w:tr>
      <w:tr w:rsidR="00B47D71" w:rsidRPr="00B47D71" w14:paraId="242A855E" w14:textId="77777777" w:rsidTr="00175799">
        <w:trPr>
          <w:jc w:val="right"/>
        </w:trPr>
        <w:tc>
          <w:tcPr>
            <w:tcW w:w="172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4E7BA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proofErr w:type="spellStart"/>
            <w:r w:rsidRPr="00B47D71">
              <w:rPr>
                <w:b/>
                <w:color w:val="000000" w:themeColor="text1"/>
                <w:sz w:val="19"/>
              </w:rPr>
              <w:t>担当者連絡先</w:t>
            </w:r>
            <w:proofErr w:type="spellEnd"/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EAB4E6" w14:textId="77777777" w:rsidR="008D5E3A" w:rsidRPr="00B47D71" w:rsidRDefault="009F47DF">
            <w:pPr>
              <w:spacing w:after="0"/>
              <w:rPr>
                <w:color w:val="000000" w:themeColor="text1"/>
              </w:rPr>
            </w:pPr>
            <w:proofErr w:type="spellStart"/>
            <w:r w:rsidRPr="00B47D71">
              <w:rPr>
                <w:color w:val="000000" w:themeColor="text1"/>
              </w:rPr>
              <w:t>氏名</w:t>
            </w:r>
            <w:proofErr w:type="spellEnd"/>
            <w:r w:rsidRPr="00B47D71">
              <w:rPr>
                <w:color w:val="000000" w:themeColor="text1"/>
              </w:rPr>
              <w:t>：</w:t>
            </w:r>
            <w:r w:rsidRPr="00B47D71">
              <w:rPr>
                <w:color w:val="000000" w:themeColor="text1"/>
              </w:rPr>
              <w:br/>
              <w:t>TEL</w:t>
            </w:r>
            <w:r w:rsidRPr="00B47D71">
              <w:rPr>
                <w:color w:val="000000" w:themeColor="text1"/>
              </w:rPr>
              <w:t xml:space="preserve">：　　　　　　</w:t>
            </w:r>
            <w:r w:rsidRPr="00B47D71">
              <w:rPr>
                <w:color w:val="000000" w:themeColor="text1"/>
              </w:rPr>
              <w:t>E-mail</w:t>
            </w:r>
            <w:r w:rsidRPr="00B47D71">
              <w:rPr>
                <w:color w:val="000000" w:themeColor="text1"/>
              </w:rPr>
              <w:t>：</w:t>
            </w:r>
          </w:p>
        </w:tc>
      </w:tr>
    </w:tbl>
    <w:p w14:paraId="0E4B2844" w14:textId="77777777" w:rsidR="008D5E3A" w:rsidRPr="00B47D71" w:rsidRDefault="008D5E3A">
      <w:pPr>
        <w:spacing w:after="240"/>
        <w:rPr>
          <w:color w:val="000000" w:themeColor="text1"/>
        </w:rPr>
      </w:pPr>
    </w:p>
    <w:p w14:paraId="74547D42" w14:textId="5941A478" w:rsidR="008D5E3A" w:rsidRPr="00B47D71" w:rsidRDefault="009F47DF" w:rsidP="002E791E">
      <w:pPr>
        <w:spacing w:line="300" w:lineRule="auto"/>
        <w:ind w:firstLineChars="100" w:firstLine="200"/>
        <w:rPr>
          <w:color w:val="000000" w:themeColor="text1"/>
          <w:lang w:eastAsia="ja-JP"/>
        </w:rPr>
      </w:pPr>
      <w:r w:rsidRPr="00B47D71">
        <w:rPr>
          <w:color w:val="000000" w:themeColor="text1"/>
          <w:lang w:eastAsia="ja-JP"/>
        </w:rPr>
        <w:t>佐世保市スポーツ施設照明器具賃貸借業務に係る公募型プロポーザルの関係資料（仕様書等データ）を入手するため、調達情報掲示板アクセス用のパスワード発行を申請します。</w:t>
      </w:r>
      <w:r w:rsidRPr="00B47D71">
        <w:rPr>
          <w:color w:val="000000" w:themeColor="text1"/>
          <w:lang w:eastAsia="ja-JP"/>
        </w:rPr>
        <w:br/>
      </w:r>
      <w:r w:rsidR="002E791E" w:rsidRPr="00B47D71">
        <w:rPr>
          <w:rFonts w:hint="eastAsia"/>
          <w:color w:val="000000" w:themeColor="text1"/>
          <w:lang w:eastAsia="ja-JP"/>
        </w:rPr>
        <w:t xml:space="preserve">　</w:t>
      </w:r>
      <w:r w:rsidRPr="00B47D71">
        <w:rPr>
          <w:color w:val="000000" w:themeColor="text1"/>
          <w:lang w:eastAsia="ja-JP"/>
        </w:rPr>
        <w:t>なお、本関係資料は本プロポーザル検討以外の目的で使用せず、秘密を厳守することを誓約します。</w:t>
      </w:r>
    </w:p>
    <w:p w14:paraId="685654E5" w14:textId="77777777" w:rsidR="008D5E3A" w:rsidRPr="00B47D71" w:rsidRDefault="008D5E3A">
      <w:pPr>
        <w:spacing w:after="240"/>
        <w:rPr>
          <w:color w:val="000000" w:themeColor="text1"/>
          <w:lang w:eastAsia="ja-JP"/>
        </w:rPr>
      </w:pPr>
    </w:p>
    <w:p w14:paraId="5303C236" w14:textId="77777777" w:rsidR="008D5E3A" w:rsidRPr="00B47D71" w:rsidRDefault="009F47DF">
      <w:pPr>
        <w:rPr>
          <w:color w:val="000000" w:themeColor="text1"/>
          <w:lang w:eastAsia="ja-JP"/>
        </w:rPr>
      </w:pPr>
      <w:r w:rsidRPr="00B47D71">
        <w:rPr>
          <w:b/>
          <w:color w:val="000000" w:themeColor="text1"/>
          <w:lang w:eastAsia="ja-JP"/>
        </w:rPr>
        <w:t>【資料送付用電子メールアドレス通知欄】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B47D71" w:rsidRPr="00B47D71" w14:paraId="45E61AAA" w14:textId="77777777" w:rsidTr="00175799">
        <w:trPr>
          <w:jc w:val="center"/>
        </w:trPr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3E7678" w14:textId="77777777" w:rsidR="008D5E3A" w:rsidRPr="00B47D71" w:rsidRDefault="009F47DF">
            <w:pPr>
              <w:rPr>
                <w:color w:val="000000" w:themeColor="text1"/>
                <w:lang w:eastAsia="ja-JP"/>
              </w:rPr>
            </w:pPr>
            <w:r w:rsidRPr="00B47D71">
              <w:rPr>
                <w:b/>
                <w:color w:val="000000" w:themeColor="text1"/>
                <w:lang w:eastAsia="ja-JP"/>
              </w:rPr>
              <w:t>パスワード送付先</w:t>
            </w:r>
            <w:r w:rsidRPr="00B47D71">
              <w:rPr>
                <w:b/>
                <w:color w:val="000000" w:themeColor="text1"/>
                <w:lang w:eastAsia="ja-JP"/>
              </w:rPr>
              <w:t xml:space="preserve"> E-mail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53C62A" w14:textId="77777777" w:rsidR="008D5E3A" w:rsidRPr="00B47D71" w:rsidRDefault="009F47DF">
            <w:pPr>
              <w:rPr>
                <w:color w:val="000000" w:themeColor="text1"/>
              </w:rPr>
            </w:pPr>
            <w:r w:rsidRPr="00B47D71">
              <w:rPr>
                <w:color w:val="000000" w:themeColor="text1"/>
              </w:rPr>
              <w:t>@</w:t>
            </w:r>
          </w:p>
        </w:tc>
      </w:tr>
      <w:tr w:rsidR="00B47D71" w:rsidRPr="00B47D71" w14:paraId="294DC792" w14:textId="77777777" w:rsidTr="00175799">
        <w:trPr>
          <w:jc w:val="center"/>
        </w:trPr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99CAB2" w14:textId="77777777" w:rsidR="008D5E3A" w:rsidRPr="00B47D71" w:rsidRDefault="009F47DF">
            <w:pPr>
              <w:rPr>
                <w:color w:val="000000" w:themeColor="text1"/>
              </w:rPr>
            </w:pPr>
            <w:proofErr w:type="spellStart"/>
            <w:r w:rsidRPr="00B47D71">
              <w:rPr>
                <w:b/>
                <w:color w:val="000000" w:themeColor="text1"/>
              </w:rPr>
              <w:t>確認用（再入力</w:t>
            </w:r>
            <w:proofErr w:type="spellEnd"/>
            <w:r w:rsidRPr="00B47D71">
              <w:rPr>
                <w:b/>
                <w:color w:val="000000" w:themeColor="text1"/>
              </w:rPr>
              <w:t>）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01C775" w14:textId="77777777" w:rsidR="008D5E3A" w:rsidRPr="00B47D71" w:rsidRDefault="009F47DF">
            <w:pPr>
              <w:rPr>
                <w:color w:val="000000" w:themeColor="text1"/>
              </w:rPr>
            </w:pPr>
            <w:r w:rsidRPr="00B47D71">
              <w:rPr>
                <w:color w:val="000000" w:themeColor="text1"/>
              </w:rPr>
              <w:t>@</w:t>
            </w:r>
          </w:p>
        </w:tc>
      </w:tr>
    </w:tbl>
    <w:p w14:paraId="27EDED61" w14:textId="77777777" w:rsidR="008D5E3A" w:rsidRPr="00B47D71" w:rsidRDefault="009F47DF">
      <w:pPr>
        <w:rPr>
          <w:color w:val="000000" w:themeColor="text1"/>
        </w:rPr>
      </w:pPr>
      <w:r w:rsidRPr="00B47D71">
        <w:rPr>
          <w:color w:val="000000" w:themeColor="text1"/>
        </w:rPr>
        <w:br w:type="page"/>
      </w:r>
    </w:p>
    <w:sectPr w:rsidR="008D5E3A" w:rsidRPr="00B47D71" w:rsidSect="00034616"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9AE72" w14:textId="77777777" w:rsidR="006B31ED" w:rsidRDefault="006B31ED">
      <w:pPr>
        <w:spacing w:after="0" w:line="240" w:lineRule="auto"/>
      </w:pPr>
      <w:r>
        <w:separator/>
      </w:r>
    </w:p>
  </w:endnote>
  <w:endnote w:type="continuationSeparator" w:id="0">
    <w:p w14:paraId="5748B69A" w14:textId="77777777" w:rsidR="006B31ED" w:rsidRDefault="006B3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3F2C" w14:textId="2A06CF7D" w:rsidR="008D5E3A" w:rsidRDefault="009F47DF">
    <w:pPr>
      <w:pStyle w:val="a7"/>
      <w:jc w:val="center"/>
    </w:pPr>
    <w:r>
      <w:rPr>
        <w:color w:val="646464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7B97A" w14:textId="77777777" w:rsidR="006B31ED" w:rsidRDefault="006B31ED">
      <w:pPr>
        <w:spacing w:after="0" w:line="240" w:lineRule="auto"/>
      </w:pPr>
      <w:r>
        <w:separator/>
      </w:r>
    </w:p>
  </w:footnote>
  <w:footnote w:type="continuationSeparator" w:id="0">
    <w:p w14:paraId="138EEBB1" w14:textId="77777777" w:rsidR="006B31ED" w:rsidRDefault="006B3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9059967">
    <w:abstractNumId w:val="8"/>
  </w:num>
  <w:num w:numId="2" w16cid:durableId="1948417219">
    <w:abstractNumId w:val="6"/>
  </w:num>
  <w:num w:numId="3" w16cid:durableId="1329401028">
    <w:abstractNumId w:val="5"/>
  </w:num>
  <w:num w:numId="4" w16cid:durableId="1184586953">
    <w:abstractNumId w:val="4"/>
  </w:num>
  <w:num w:numId="5" w16cid:durableId="926841625">
    <w:abstractNumId w:val="7"/>
  </w:num>
  <w:num w:numId="6" w16cid:durableId="1101796862">
    <w:abstractNumId w:val="3"/>
  </w:num>
  <w:num w:numId="7" w16cid:durableId="419255758">
    <w:abstractNumId w:val="2"/>
  </w:num>
  <w:num w:numId="8" w16cid:durableId="1299603727">
    <w:abstractNumId w:val="1"/>
  </w:num>
  <w:num w:numId="9" w16cid:durableId="24198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23E"/>
    <w:rsid w:val="00034616"/>
    <w:rsid w:val="0006063C"/>
    <w:rsid w:val="00095FDB"/>
    <w:rsid w:val="000E5E70"/>
    <w:rsid w:val="000F7E8A"/>
    <w:rsid w:val="0015074B"/>
    <w:rsid w:val="00175799"/>
    <w:rsid w:val="001B77B1"/>
    <w:rsid w:val="001D6F14"/>
    <w:rsid w:val="00220681"/>
    <w:rsid w:val="002534B2"/>
    <w:rsid w:val="0029639D"/>
    <w:rsid w:val="002964B9"/>
    <w:rsid w:val="002E791E"/>
    <w:rsid w:val="00326F90"/>
    <w:rsid w:val="00391A68"/>
    <w:rsid w:val="003A1BBE"/>
    <w:rsid w:val="003D5EC3"/>
    <w:rsid w:val="00496499"/>
    <w:rsid w:val="004B300E"/>
    <w:rsid w:val="00525CE5"/>
    <w:rsid w:val="005301D0"/>
    <w:rsid w:val="0055215E"/>
    <w:rsid w:val="0057759D"/>
    <w:rsid w:val="005A2E11"/>
    <w:rsid w:val="006754AD"/>
    <w:rsid w:val="006B31ED"/>
    <w:rsid w:val="00756168"/>
    <w:rsid w:val="007D591C"/>
    <w:rsid w:val="008D5E3A"/>
    <w:rsid w:val="009002B5"/>
    <w:rsid w:val="00982DE7"/>
    <w:rsid w:val="009E040E"/>
    <w:rsid w:val="009F47DF"/>
    <w:rsid w:val="00A34403"/>
    <w:rsid w:val="00AA1D8D"/>
    <w:rsid w:val="00AF6C13"/>
    <w:rsid w:val="00B47730"/>
    <w:rsid w:val="00B47D71"/>
    <w:rsid w:val="00BA040C"/>
    <w:rsid w:val="00BA1388"/>
    <w:rsid w:val="00BC1224"/>
    <w:rsid w:val="00BE61EB"/>
    <w:rsid w:val="00C7120C"/>
    <w:rsid w:val="00C73F14"/>
    <w:rsid w:val="00C77FA4"/>
    <w:rsid w:val="00CB0664"/>
    <w:rsid w:val="00CB440F"/>
    <w:rsid w:val="00CE0FF7"/>
    <w:rsid w:val="00D57929"/>
    <w:rsid w:val="00DF44AB"/>
    <w:rsid w:val="00E434C9"/>
    <w:rsid w:val="00EB38AC"/>
    <w:rsid w:val="00F04441"/>
    <w:rsid w:val="00F52782"/>
    <w:rsid w:val="00F86E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621042"/>
  <w14:defaultImageDpi w14:val="300"/>
  <w15:docId w15:val="{FD19DB52-C80D-405E-93B3-2D47F346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hAnsi="游ゴシック"/>
      <w:color w:val="282828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159a3-b4f0-48a4-96af-0468cb11691b" xsi:nil="true"/>
    <lcf76f155ced4ddcb4097134ff3c332f xmlns="96e6945f-881e-458c-a471-483b34151bc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AAD727F37670645999B5A55F3134A94" ma:contentTypeVersion="13" ma:contentTypeDescription="新しいドキュメントを作成します。" ma:contentTypeScope="" ma:versionID="5494c34e080bfacd38863ce956b567a0">
  <xsd:schema xmlns:xsd="http://www.w3.org/2001/XMLSchema" xmlns:xs="http://www.w3.org/2001/XMLSchema" xmlns:p="http://schemas.microsoft.com/office/2006/metadata/properties" xmlns:ns2="96e6945f-881e-458c-a471-483b34151bcb" xmlns:ns3="a33159a3-b4f0-48a4-96af-0468cb11691b" targetNamespace="http://schemas.microsoft.com/office/2006/metadata/properties" ma:root="true" ma:fieldsID="d0e3d6081c99bb569e244f53cb6706a3" ns2:_="" ns3:_="">
    <xsd:import namespace="96e6945f-881e-458c-a471-483b34151bcb"/>
    <xsd:import namespace="a33159a3-b4f0-48a4-96af-0468cb116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6945f-881e-458c-a471-483b34151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affb57e2-c0a1-4c1d-b37f-16a4aab59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159a3-b4f0-48a4-96af-0468cb11691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82de0be-13c7-4b89-8522-e64eea7d0f29}" ma:internalName="TaxCatchAll" ma:showField="CatchAllData" ma:web="a33159a3-b4f0-48a4-96af-0468cb116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B16919-34A2-4C06-A9F8-E1254D4942E3}">
  <ds:schemaRefs>
    <ds:schemaRef ds:uri="http://schemas.microsoft.com/office/2006/metadata/properties"/>
    <ds:schemaRef ds:uri="http://schemas.microsoft.com/office/infopath/2007/PartnerControls"/>
    <ds:schemaRef ds:uri="a33159a3-b4f0-48a4-96af-0468cb11691b"/>
    <ds:schemaRef ds:uri="96e6945f-881e-458c-a471-483b34151bcb"/>
  </ds:schemaRefs>
</ds:datastoreItem>
</file>

<file path=customXml/itemProps3.xml><?xml version="1.0" encoding="utf-8"?>
<ds:datastoreItem xmlns:ds="http://schemas.openxmlformats.org/officeDocument/2006/customXml" ds:itemID="{8FFEEA2B-FBAA-4C14-80A6-05732F9163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3085E2-F49D-460A-B7F0-8E9DCF477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6945f-881e-458c-a471-483b34151bcb"/>
    <ds:schemaRef ds:uri="a33159a3-b4f0-48a4-96af-0468cb116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>佐世保市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片山裕喜</cp:lastModifiedBy>
  <cp:revision>3</cp:revision>
  <dcterms:created xsi:type="dcterms:W3CDTF">2026-10-30T01:56:00Z</dcterms:created>
  <dcterms:modified xsi:type="dcterms:W3CDTF">2026-10-30T02:36:00Z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0x0101001AAD727F37670645999B5A55F3134A94</vt:lpwstr>
  </property>
</Properties>
</file>